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AF26D1" w14:textId="77777777" w:rsidR="00FF0A01" w:rsidRPr="00FF0A01" w:rsidRDefault="00FF0A01" w:rsidP="00FF0A01">
      <w:pPr>
        <w:rPr>
          <w:rFonts w:ascii="Gill Sans" w:hAnsi="Gill Sans" w:hint="eastAsia"/>
          <w:sz w:val="24"/>
          <w:szCs w:val="24"/>
          <w:lang w:val="sr-Latn-RS"/>
        </w:rPr>
      </w:pPr>
    </w:p>
    <w:p w14:paraId="5DA096DD" w14:textId="77777777" w:rsidR="00091FDD" w:rsidRDefault="00091FDD" w:rsidP="00FF0A01">
      <w:pPr>
        <w:jc w:val="center"/>
        <w:rPr>
          <w:rFonts w:ascii="Gill Sans" w:hAnsi="Gill Sans" w:hint="eastAsia"/>
          <w:b/>
          <w:sz w:val="24"/>
          <w:szCs w:val="24"/>
          <w:lang w:val="sr-Latn-RS"/>
        </w:rPr>
      </w:pPr>
    </w:p>
    <w:p w14:paraId="7FDEE375" w14:textId="6946D685" w:rsidR="00D62CC3" w:rsidRPr="00FF0A01" w:rsidRDefault="009A666D" w:rsidP="00FF0A01">
      <w:pPr>
        <w:jc w:val="center"/>
        <w:rPr>
          <w:rFonts w:ascii="Gill Sans" w:hAnsi="Gill Sans" w:hint="eastAsia"/>
          <w:b/>
          <w:sz w:val="24"/>
          <w:szCs w:val="24"/>
          <w:lang w:val="sr-Latn-RS"/>
        </w:rPr>
      </w:pPr>
      <w:r w:rsidRPr="00FF0A01">
        <w:rPr>
          <w:rFonts w:ascii="Gill Sans" w:hAnsi="Gill Sans"/>
          <w:b/>
          <w:sz w:val="24"/>
          <w:szCs w:val="24"/>
          <w:lang w:val="sr-Latn-RS"/>
        </w:rPr>
        <w:t>PRIJAVNI FORMULAR</w:t>
      </w:r>
    </w:p>
    <w:p w14:paraId="548F7C36" w14:textId="77777777" w:rsidR="009A666D" w:rsidRPr="00FF0A01" w:rsidRDefault="009A666D" w:rsidP="00FF0A01">
      <w:pPr>
        <w:rPr>
          <w:rFonts w:ascii="Gill Sans" w:hAnsi="Gill Sans" w:hint="eastAsia"/>
          <w:sz w:val="24"/>
          <w:szCs w:val="24"/>
          <w:lang w:val="sr-Latn-RS"/>
        </w:rPr>
      </w:pPr>
    </w:p>
    <w:p w14:paraId="6BA180F1" w14:textId="477F408C" w:rsidR="00FF0A01" w:rsidRDefault="00FF0A01" w:rsidP="00FF0A01">
      <w:pPr>
        <w:pStyle w:val="ListParagraph"/>
        <w:numPr>
          <w:ilvl w:val="0"/>
          <w:numId w:val="44"/>
        </w:numPr>
        <w:rPr>
          <w:rFonts w:ascii="Gill Sans" w:hAnsi="Gill Sans" w:hint="eastAsia"/>
          <w:b/>
          <w:sz w:val="24"/>
          <w:szCs w:val="24"/>
          <w:lang w:val="sr-Latn-RS"/>
        </w:rPr>
      </w:pPr>
      <w:r w:rsidRPr="00BD6473">
        <w:rPr>
          <w:rFonts w:ascii="Gill Sans" w:hAnsi="Gill Sans"/>
          <w:b/>
          <w:sz w:val="24"/>
          <w:szCs w:val="24"/>
          <w:lang w:val="sr-Latn-RS"/>
        </w:rPr>
        <w:t>OSNOVNI PODACI O PODNOSIOCU</w:t>
      </w:r>
    </w:p>
    <w:p w14:paraId="77DC0C74" w14:textId="77777777" w:rsidR="007B24F6" w:rsidRPr="007B24F6" w:rsidRDefault="007B24F6" w:rsidP="007B24F6">
      <w:pPr>
        <w:rPr>
          <w:rFonts w:ascii="Gill Sans" w:hAnsi="Gill Sans" w:hint="eastAsia"/>
          <w:b/>
          <w:sz w:val="24"/>
          <w:szCs w:val="24"/>
          <w:lang w:val="sr-Latn-RS"/>
        </w:rPr>
      </w:pPr>
    </w:p>
    <w:tbl>
      <w:tblPr>
        <w:tblW w:w="0" w:type="auto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3"/>
        <w:gridCol w:w="5512"/>
      </w:tblGrid>
      <w:tr w:rsidR="00FF0A01" w14:paraId="65D83A19" w14:textId="77777777" w:rsidTr="00001F9A">
        <w:tc>
          <w:tcPr>
            <w:tcW w:w="3533" w:type="dxa"/>
            <w:vAlign w:val="center"/>
          </w:tcPr>
          <w:p w14:paraId="608B221D" w14:textId="05AD3E2F" w:rsidR="00FF0A01" w:rsidRDefault="00FF0A01" w:rsidP="009729A0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  <w:r w:rsidRPr="00FF0A01">
              <w:rPr>
                <w:rFonts w:ascii="Gill Sans" w:hAnsi="Gill Sans"/>
                <w:sz w:val="24"/>
                <w:szCs w:val="24"/>
                <w:lang w:val="sr-Latn-RS"/>
              </w:rPr>
              <w:t>Pun naziv podnosioca</w:t>
            </w:r>
          </w:p>
        </w:tc>
        <w:tc>
          <w:tcPr>
            <w:tcW w:w="5512" w:type="dxa"/>
            <w:vAlign w:val="center"/>
          </w:tcPr>
          <w:p w14:paraId="54A8ABEB" w14:textId="77777777" w:rsidR="00FF0A01" w:rsidRDefault="00FF0A01" w:rsidP="00FF0A01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</w:p>
        </w:tc>
      </w:tr>
      <w:tr w:rsidR="00FF0A01" w14:paraId="3956BEA6" w14:textId="77777777" w:rsidTr="00001F9A">
        <w:tc>
          <w:tcPr>
            <w:tcW w:w="3533" w:type="dxa"/>
            <w:vAlign w:val="center"/>
          </w:tcPr>
          <w:p w14:paraId="30EBB76C" w14:textId="623747EC" w:rsidR="00FF0A01" w:rsidRDefault="00FF0A01" w:rsidP="009729A0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  <w:r w:rsidRPr="00FF0A01">
              <w:rPr>
                <w:rFonts w:ascii="Gill Sans" w:hAnsi="Gill Sans"/>
                <w:sz w:val="24"/>
                <w:szCs w:val="24"/>
                <w:lang w:val="sr-Latn-RS"/>
              </w:rPr>
              <w:t>Vrsta podnosioca</w:t>
            </w:r>
          </w:p>
        </w:tc>
        <w:tc>
          <w:tcPr>
            <w:tcW w:w="5512" w:type="dxa"/>
            <w:vAlign w:val="center"/>
          </w:tcPr>
          <w:p w14:paraId="0DDD7E76" w14:textId="77777777" w:rsidR="00FF0A01" w:rsidRDefault="00FF0A01" w:rsidP="00FF0A01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  <w:r w:rsidRPr="00FF0A01">
              <w:rPr>
                <w:rFonts w:ascii="Segoe UI Symbol" w:hAnsi="Segoe UI Symbol" w:cs="Segoe UI Symbol"/>
                <w:sz w:val="24"/>
                <w:szCs w:val="24"/>
                <w:lang w:val="sr-Latn-RS"/>
              </w:rPr>
              <w:t>☐</w:t>
            </w:r>
            <w:r w:rsidRPr="00FF0A01">
              <w:rPr>
                <w:rFonts w:ascii="Gill Sans" w:hAnsi="Gill Sans"/>
                <w:sz w:val="24"/>
                <w:szCs w:val="24"/>
                <w:lang w:val="sr-Latn-RS"/>
              </w:rPr>
              <w:t xml:space="preserve"> Organizacija civilnog društva</w:t>
            </w:r>
          </w:p>
          <w:p w14:paraId="5DE8717D" w14:textId="61F84E37" w:rsidR="00FF0A01" w:rsidRDefault="00FF0A01" w:rsidP="00FF0A01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  <w:r w:rsidRPr="00FF0A01">
              <w:rPr>
                <w:rFonts w:ascii="Segoe UI Symbol" w:hAnsi="Segoe UI Symbol" w:cs="Segoe UI Symbol"/>
                <w:sz w:val="24"/>
                <w:szCs w:val="24"/>
                <w:lang w:val="sr-Latn-RS"/>
              </w:rPr>
              <w:t>☐</w:t>
            </w:r>
            <w:r w:rsidRPr="00FF0A01">
              <w:rPr>
                <w:rFonts w:ascii="Gill Sans" w:hAnsi="Gill Sans"/>
                <w:sz w:val="24"/>
                <w:szCs w:val="24"/>
                <w:lang w:val="sr-Latn-RS"/>
              </w:rPr>
              <w:t xml:space="preserve"> Pravni fakultet/univerzitet u okviru kojeg deluje pravna klinika</w:t>
            </w:r>
          </w:p>
        </w:tc>
      </w:tr>
      <w:tr w:rsidR="00FF0A01" w14:paraId="3C335C6A" w14:textId="77777777" w:rsidTr="00001F9A">
        <w:tc>
          <w:tcPr>
            <w:tcW w:w="3533" w:type="dxa"/>
            <w:vAlign w:val="center"/>
          </w:tcPr>
          <w:p w14:paraId="5035040D" w14:textId="140631A5" w:rsidR="00FF0A01" w:rsidRDefault="00FF0A01" w:rsidP="009729A0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  <w:r w:rsidRPr="00FF0A01">
              <w:rPr>
                <w:rFonts w:ascii="Gill Sans" w:hAnsi="Gill Sans"/>
                <w:sz w:val="24"/>
                <w:szCs w:val="24"/>
                <w:lang w:val="sr-Latn-RS"/>
              </w:rPr>
              <w:t>Adresa sedišta</w:t>
            </w:r>
          </w:p>
        </w:tc>
        <w:tc>
          <w:tcPr>
            <w:tcW w:w="5512" w:type="dxa"/>
          </w:tcPr>
          <w:p w14:paraId="1CE9461C" w14:textId="77777777" w:rsidR="00FF0A01" w:rsidRDefault="00FF0A01" w:rsidP="00FF0A01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</w:p>
        </w:tc>
      </w:tr>
      <w:tr w:rsidR="00FF0A01" w14:paraId="61DEE1BC" w14:textId="77777777" w:rsidTr="00001F9A">
        <w:tc>
          <w:tcPr>
            <w:tcW w:w="3533" w:type="dxa"/>
            <w:vAlign w:val="center"/>
          </w:tcPr>
          <w:p w14:paraId="583A3591" w14:textId="06B7EA11" w:rsidR="00FF0A01" w:rsidRDefault="00FF0A01" w:rsidP="009729A0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  <w:r w:rsidRPr="00FF0A01">
              <w:rPr>
                <w:rFonts w:ascii="Gill Sans" w:hAnsi="Gill Sans"/>
                <w:sz w:val="24"/>
                <w:szCs w:val="24"/>
                <w:lang w:val="sr-Latn-RS"/>
              </w:rPr>
              <w:t>Mest</w:t>
            </w:r>
            <w:r w:rsidR="009729A0">
              <w:rPr>
                <w:rFonts w:ascii="Gill Sans" w:hAnsi="Gill Sans"/>
                <w:sz w:val="24"/>
                <w:szCs w:val="24"/>
                <w:lang w:val="sr-Latn-RS"/>
              </w:rPr>
              <w:t>o</w:t>
            </w:r>
          </w:p>
        </w:tc>
        <w:tc>
          <w:tcPr>
            <w:tcW w:w="5512" w:type="dxa"/>
          </w:tcPr>
          <w:p w14:paraId="4C25D165" w14:textId="77777777" w:rsidR="00FF0A01" w:rsidRDefault="00FF0A01" w:rsidP="00FF0A01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</w:p>
        </w:tc>
      </w:tr>
      <w:tr w:rsidR="00FF0A01" w14:paraId="051ED9A5" w14:textId="77777777" w:rsidTr="00001F9A">
        <w:tc>
          <w:tcPr>
            <w:tcW w:w="3533" w:type="dxa"/>
            <w:vAlign w:val="center"/>
          </w:tcPr>
          <w:p w14:paraId="6A11762B" w14:textId="63F7BDFC" w:rsidR="00FF0A01" w:rsidRDefault="00FF0A01" w:rsidP="009729A0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  <w:r w:rsidRPr="00FF0A01">
              <w:rPr>
                <w:rFonts w:ascii="Gill Sans" w:hAnsi="Gill Sans"/>
                <w:sz w:val="24"/>
                <w:szCs w:val="24"/>
                <w:lang w:val="sr-Latn-RS"/>
              </w:rPr>
              <w:t>Internet stranica</w:t>
            </w:r>
          </w:p>
        </w:tc>
        <w:tc>
          <w:tcPr>
            <w:tcW w:w="5512" w:type="dxa"/>
          </w:tcPr>
          <w:p w14:paraId="3AEF305B" w14:textId="77777777" w:rsidR="00FF0A01" w:rsidRDefault="00FF0A01" w:rsidP="00FF0A01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</w:p>
        </w:tc>
      </w:tr>
      <w:tr w:rsidR="00FF0A01" w14:paraId="0CA102FC" w14:textId="77777777" w:rsidTr="00001F9A">
        <w:tc>
          <w:tcPr>
            <w:tcW w:w="3533" w:type="dxa"/>
            <w:vAlign w:val="center"/>
          </w:tcPr>
          <w:p w14:paraId="52D107FB" w14:textId="47684999" w:rsidR="00FF0A01" w:rsidRDefault="00FF0A01" w:rsidP="009729A0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  <w:r w:rsidRPr="00FF0A01">
              <w:rPr>
                <w:rFonts w:ascii="Gill Sans" w:hAnsi="Gill Sans"/>
                <w:sz w:val="24"/>
                <w:szCs w:val="24"/>
                <w:lang w:val="sr-Latn-RS"/>
              </w:rPr>
              <w:t>Ime i prezime zakonskog zastupnika</w:t>
            </w:r>
            <w:r w:rsidR="00AD632C">
              <w:rPr>
                <w:rFonts w:ascii="Gill Sans" w:hAnsi="Gill Sans"/>
                <w:sz w:val="24"/>
                <w:szCs w:val="24"/>
                <w:lang w:val="sr-Latn-RS"/>
              </w:rPr>
              <w:t>/ce</w:t>
            </w:r>
          </w:p>
        </w:tc>
        <w:tc>
          <w:tcPr>
            <w:tcW w:w="5512" w:type="dxa"/>
          </w:tcPr>
          <w:p w14:paraId="382C0AA4" w14:textId="77777777" w:rsidR="00FF0A01" w:rsidRDefault="00FF0A01" w:rsidP="00FF0A01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</w:p>
        </w:tc>
      </w:tr>
      <w:tr w:rsidR="00FF0A01" w14:paraId="09346CAC" w14:textId="77777777" w:rsidTr="00001F9A">
        <w:tc>
          <w:tcPr>
            <w:tcW w:w="3533" w:type="dxa"/>
            <w:vAlign w:val="center"/>
          </w:tcPr>
          <w:p w14:paraId="7F131F07" w14:textId="68AAC0AF" w:rsidR="00FF0A01" w:rsidRDefault="00FF0A01" w:rsidP="009729A0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  <w:r w:rsidRPr="00FF0A01">
              <w:rPr>
                <w:rFonts w:ascii="Gill Sans" w:hAnsi="Gill Sans"/>
                <w:sz w:val="24"/>
                <w:szCs w:val="24"/>
                <w:lang w:val="sr-Latn-RS"/>
              </w:rPr>
              <w:t>Ime i prezime kontakt osobe za projekat</w:t>
            </w:r>
          </w:p>
        </w:tc>
        <w:tc>
          <w:tcPr>
            <w:tcW w:w="5512" w:type="dxa"/>
          </w:tcPr>
          <w:p w14:paraId="1B9A4ACD" w14:textId="77777777" w:rsidR="00FF0A01" w:rsidRDefault="00FF0A01" w:rsidP="00FF0A01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</w:p>
        </w:tc>
      </w:tr>
      <w:tr w:rsidR="00FF0A01" w14:paraId="7CBF4D07" w14:textId="77777777" w:rsidTr="00001F9A">
        <w:tc>
          <w:tcPr>
            <w:tcW w:w="3533" w:type="dxa"/>
            <w:vAlign w:val="center"/>
          </w:tcPr>
          <w:p w14:paraId="1537C68A" w14:textId="79AEE9E3" w:rsidR="00FF0A01" w:rsidRDefault="00FF0A01" w:rsidP="009729A0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  <w:r w:rsidRPr="00FF0A01">
              <w:rPr>
                <w:rFonts w:ascii="Gill Sans" w:hAnsi="Gill Sans"/>
                <w:sz w:val="24"/>
                <w:szCs w:val="24"/>
                <w:lang w:val="sr-Latn-RS"/>
              </w:rPr>
              <w:t>Funkcija kontakt osobe</w:t>
            </w:r>
          </w:p>
        </w:tc>
        <w:tc>
          <w:tcPr>
            <w:tcW w:w="5512" w:type="dxa"/>
          </w:tcPr>
          <w:p w14:paraId="17C85DB3" w14:textId="77777777" w:rsidR="00FF0A01" w:rsidRDefault="00FF0A01" w:rsidP="00FF0A01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</w:p>
        </w:tc>
      </w:tr>
      <w:tr w:rsidR="00FF0A01" w14:paraId="51A6FBB8" w14:textId="77777777" w:rsidTr="00001F9A">
        <w:tc>
          <w:tcPr>
            <w:tcW w:w="3533" w:type="dxa"/>
            <w:vAlign w:val="center"/>
          </w:tcPr>
          <w:p w14:paraId="62861A4C" w14:textId="4755F0BD" w:rsidR="00FF0A01" w:rsidRDefault="00FF0A01" w:rsidP="009729A0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  <w:r w:rsidRPr="00FF0A01">
              <w:rPr>
                <w:rFonts w:ascii="Gill Sans" w:hAnsi="Gill Sans"/>
                <w:sz w:val="24"/>
                <w:szCs w:val="24"/>
                <w:lang w:val="sr-Latn-RS"/>
              </w:rPr>
              <w:t>E-mail</w:t>
            </w:r>
            <w:r w:rsidR="009729A0" w:rsidRPr="00FF0A01">
              <w:rPr>
                <w:rFonts w:ascii="Gill Sans" w:hAnsi="Gill Sans"/>
                <w:sz w:val="24"/>
                <w:szCs w:val="24"/>
                <w:lang w:val="sr-Latn-RS"/>
              </w:rPr>
              <w:t xml:space="preserve"> kontakt osobe</w:t>
            </w:r>
          </w:p>
        </w:tc>
        <w:tc>
          <w:tcPr>
            <w:tcW w:w="5512" w:type="dxa"/>
          </w:tcPr>
          <w:p w14:paraId="4DABC4BA" w14:textId="77777777" w:rsidR="00FF0A01" w:rsidRDefault="00FF0A01" w:rsidP="00FF0A01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</w:p>
        </w:tc>
      </w:tr>
      <w:tr w:rsidR="00FF0A01" w14:paraId="15E8C658" w14:textId="77777777" w:rsidTr="00001F9A">
        <w:tc>
          <w:tcPr>
            <w:tcW w:w="3533" w:type="dxa"/>
            <w:vAlign w:val="center"/>
          </w:tcPr>
          <w:p w14:paraId="6764BD61" w14:textId="1A016F47" w:rsidR="00FF0A01" w:rsidRDefault="00FF0A01" w:rsidP="009729A0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  <w:r w:rsidRPr="00FF0A01">
              <w:rPr>
                <w:rFonts w:ascii="Gill Sans" w:hAnsi="Gill Sans"/>
                <w:sz w:val="24"/>
                <w:szCs w:val="24"/>
                <w:lang w:val="sr-Latn-RS"/>
              </w:rPr>
              <w:t>Telefon</w:t>
            </w:r>
            <w:r w:rsidR="009729A0" w:rsidRPr="00FF0A01">
              <w:rPr>
                <w:rFonts w:ascii="Gill Sans" w:hAnsi="Gill Sans"/>
                <w:sz w:val="24"/>
                <w:szCs w:val="24"/>
                <w:lang w:val="sr-Latn-RS"/>
              </w:rPr>
              <w:t xml:space="preserve"> kontakt osobe</w:t>
            </w:r>
          </w:p>
        </w:tc>
        <w:tc>
          <w:tcPr>
            <w:tcW w:w="5512" w:type="dxa"/>
          </w:tcPr>
          <w:p w14:paraId="1EC20FE7" w14:textId="77777777" w:rsidR="00FF0A01" w:rsidRDefault="00FF0A01" w:rsidP="00FF0A01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</w:p>
        </w:tc>
      </w:tr>
      <w:tr w:rsidR="00FF0A01" w14:paraId="121CBE14" w14:textId="77777777" w:rsidTr="00001F9A">
        <w:tc>
          <w:tcPr>
            <w:tcW w:w="3533" w:type="dxa"/>
            <w:vAlign w:val="center"/>
          </w:tcPr>
          <w:p w14:paraId="0E271ED9" w14:textId="6193E93D" w:rsidR="00FF0A01" w:rsidRDefault="00FF0A01" w:rsidP="009729A0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  <w:r w:rsidRPr="00FF0A01">
              <w:rPr>
                <w:rFonts w:ascii="Gill Sans" w:hAnsi="Gill Sans"/>
                <w:sz w:val="24"/>
                <w:szCs w:val="24"/>
                <w:lang w:val="sr-Latn-RS"/>
              </w:rPr>
              <w:t>Godina osnivanja/registracije</w:t>
            </w:r>
          </w:p>
        </w:tc>
        <w:tc>
          <w:tcPr>
            <w:tcW w:w="5512" w:type="dxa"/>
          </w:tcPr>
          <w:p w14:paraId="0DD727C1" w14:textId="77777777" w:rsidR="00FF0A01" w:rsidRDefault="00FF0A01" w:rsidP="00FF0A01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</w:p>
        </w:tc>
      </w:tr>
    </w:tbl>
    <w:p w14:paraId="428BB1FD" w14:textId="03E7D829" w:rsidR="00FF0A01" w:rsidRDefault="00FF0A01" w:rsidP="00FF0A01">
      <w:pPr>
        <w:rPr>
          <w:rFonts w:ascii="Gill Sans" w:hAnsi="Gill Sans" w:hint="eastAsia"/>
          <w:sz w:val="24"/>
          <w:szCs w:val="24"/>
          <w:lang w:val="sr-Latn-RS"/>
        </w:rPr>
      </w:pPr>
    </w:p>
    <w:p w14:paraId="705C50F8" w14:textId="209B1D27" w:rsidR="00091FDD" w:rsidRDefault="00091FDD" w:rsidP="00FF0A01">
      <w:pPr>
        <w:rPr>
          <w:rFonts w:ascii="Gill Sans" w:hAnsi="Gill Sans" w:hint="eastAsia"/>
          <w:sz w:val="24"/>
          <w:szCs w:val="24"/>
          <w:lang w:val="sr-Latn-RS"/>
        </w:rPr>
      </w:pPr>
    </w:p>
    <w:p w14:paraId="79BA19BC" w14:textId="737A46D1" w:rsidR="00091FDD" w:rsidRDefault="00091FDD" w:rsidP="00FF0A01">
      <w:pPr>
        <w:rPr>
          <w:rFonts w:ascii="Gill Sans" w:hAnsi="Gill Sans" w:hint="eastAsia"/>
          <w:sz w:val="24"/>
          <w:szCs w:val="24"/>
          <w:lang w:val="sr-Latn-RS"/>
        </w:rPr>
      </w:pPr>
    </w:p>
    <w:p w14:paraId="34FBB424" w14:textId="373A986E" w:rsidR="00091FDD" w:rsidRDefault="00091FDD" w:rsidP="00FF0A01">
      <w:pPr>
        <w:rPr>
          <w:rFonts w:ascii="Gill Sans" w:hAnsi="Gill Sans" w:hint="eastAsia"/>
          <w:sz w:val="24"/>
          <w:szCs w:val="24"/>
          <w:lang w:val="sr-Latn-RS"/>
        </w:rPr>
      </w:pPr>
    </w:p>
    <w:p w14:paraId="5DF67526" w14:textId="52F90DB1" w:rsidR="00091FDD" w:rsidRDefault="00091FDD" w:rsidP="00FF0A01">
      <w:pPr>
        <w:rPr>
          <w:rFonts w:ascii="Gill Sans" w:hAnsi="Gill Sans" w:hint="eastAsia"/>
          <w:sz w:val="24"/>
          <w:szCs w:val="24"/>
          <w:lang w:val="sr-Latn-RS"/>
        </w:rPr>
      </w:pPr>
    </w:p>
    <w:p w14:paraId="378F25CE" w14:textId="09AA15E6" w:rsidR="00091FDD" w:rsidRDefault="00091FDD" w:rsidP="00FF0A01">
      <w:pPr>
        <w:rPr>
          <w:rFonts w:ascii="Gill Sans" w:hAnsi="Gill Sans" w:hint="eastAsia"/>
          <w:sz w:val="24"/>
          <w:szCs w:val="24"/>
          <w:lang w:val="sr-Latn-RS"/>
        </w:rPr>
      </w:pPr>
    </w:p>
    <w:p w14:paraId="5D16C5A9" w14:textId="4DA9CB92" w:rsidR="00091FDD" w:rsidRDefault="00091FDD" w:rsidP="00FF0A01">
      <w:pPr>
        <w:rPr>
          <w:rFonts w:ascii="Gill Sans" w:hAnsi="Gill Sans" w:hint="eastAsia"/>
          <w:sz w:val="24"/>
          <w:szCs w:val="24"/>
          <w:lang w:val="sr-Latn-RS"/>
        </w:rPr>
      </w:pPr>
    </w:p>
    <w:p w14:paraId="05F37E74" w14:textId="77777777" w:rsidR="00091FDD" w:rsidRDefault="00091FDD" w:rsidP="00FF0A01">
      <w:pPr>
        <w:rPr>
          <w:rFonts w:ascii="Gill Sans" w:hAnsi="Gill Sans" w:hint="eastAsia"/>
          <w:sz w:val="24"/>
          <w:szCs w:val="24"/>
          <w:lang w:val="sr-Latn-RS"/>
        </w:rPr>
      </w:pPr>
    </w:p>
    <w:p w14:paraId="43B9785C" w14:textId="77777777" w:rsidR="00554377" w:rsidRPr="00554377" w:rsidRDefault="00FF0A01" w:rsidP="00554377">
      <w:pPr>
        <w:rPr>
          <w:rFonts w:ascii="Gill Sans" w:hAnsi="Gill Sans" w:hint="eastAsia"/>
          <w:b/>
          <w:sz w:val="24"/>
          <w:szCs w:val="24"/>
          <w:lang w:val="sr-Latn-RS"/>
        </w:rPr>
      </w:pPr>
      <w:r w:rsidRPr="00BD6473">
        <w:rPr>
          <w:rFonts w:ascii="Gill Sans" w:hAnsi="Gill Sans"/>
          <w:b/>
          <w:sz w:val="24"/>
          <w:szCs w:val="24"/>
          <w:lang w:val="sr-Latn-RS"/>
        </w:rPr>
        <w:t xml:space="preserve">1.1. </w:t>
      </w:r>
      <w:r w:rsidR="00554377" w:rsidRPr="00554377">
        <w:rPr>
          <w:rFonts w:ascii="Gill Sans" w:hAnsi="Gill Sans"/>
          <w:b/>
          <w:sz w:val="24"/>
          <w:szCs w:val="24"/>
          <w:lang w:val="sr-Latn-RS"/>
        </w:rPr>
        <w:t>Iskustvo i kapaciteti podnosioca</w:t>
      </w:r>
    </w:p>
    <w:p w14:paraId="1BDFC35A" w14:textId="7FF7C17A" w:rsidR="00FF0A01" w:rsidRDefault="00554377" w:rsidP="00554377">
      <w:pPr>
        <w:rPr>
          <w:rFonts w:ascii="Gill Sans" w:hAnsi="Gill Sans" w:hint="eastAsia"/>
          <w:sz w:val="24"/>
          <w:szCs w:val="24"/>
          <w:lang w:val="sr-Latn-RS"/>
        </w:rPr>
      </w:pPr>
      <w:r w:rsidRPr="00554377">
        <w:rPr>
          <w:rFonts w:ascii="Gill Sans" w:hAnsi="Gill Sans"/>
          <w:sz w:val="24"/>
          <w:szCs w:val="24"/>
          <w:lang w:val="sr-Latn-RS"/>
        </w:rPr>
        <w:t>Ukratko predstavite podnosioca, njegove glavne oblasti rada, relevantno iskustvo u oblasti besplatne pravne pomoći, pristupa pravdi, ljudskih prava i/ili rada sa ciljnim grupama, kao i stručne, organizacione i administrativne kapacitete za sprovođenje predloženog projekta.</w:t>
      </w:r>
      <w:r w:rsidRPr="00554377">
        <w:rPr>
          <w:rFonts w:ascii="Cambria" w:hAnsi="Cambria"/>
          <w:i/>
          <w:sz w:val="24"/>
          <w:szCs w:val="24"/>
          <w:lang w:val="sr-Latn-RS"/>
        </w:rPr>
        <w:t xml:space="preserve"> </w:t>
      </w:r>
      <w:r w:rsidRPr="00AB6047">
        <w:rPr>
          <w:rFonts w:ascii="Cambria" w:hAnsi="Cambria"/>
          <w:i/>
          <w:sz w:val="24"/>
          <w:szCs w:val="24"/>
          <w:lang w:val="sr-Latn-RS"/>
        </w:rPr>
        <w:t>[</w:t>
      </w:r>
      <w:r w:rsidRPr="00AB6047">
        <w:rPr>
          <w:rFonts w:ascii="Gill Sans" w:hAnsi="Gill Sans"/>
          <w:i/>
          <w:sz w:val="24"/>
          <w:szCs w:val="24"/>
          <w:lang w:val="sr-Latn-RS"/>
        </w:rPr>
        <w:t xml:space="preserve">Maksimalno </w:t>
      </w:r>
      <w:r>
        <w:rPr>
          <w:rFonts w:ascii="Gill Sans" w:hAnsi="Gill Sans"/>
          <w:i/>
          <w:sz w:val="24"/>
          <w:szCs w:val="24"/>
          <w:lang w:val="sr-Latn-RS"/>
        </w:rPr>
        <w:t>50</w:t>
      </w:r>
      <w:r w:rsidRPr="00AB6047">
        <w:rPr>
          <w:rFonts w:ascii="Gill Sans" w:hAnsi="Gill Sans"/>
          <w:i/>
          <w:sz w:val="24"/>
          <w:szCs w:val="24"/>
          <w:lang w:val="sr-Latn-RS"/>
        </w:rPr>
        <w:t>0 reči</w:t>
      </w:r>
      <w:r w:rsidRPr="00AB6047">
        <w:rPr>
          <w:rFonts w:ascii="Cambria" w:hAnsi="Cambria"/>
          <w:i/>
          <w:sz w:val="24"/>
          <w:szCs w:val="24"/>
          <w:lang w:val="sr-Latn-RS"/>
        </w:rP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AB6047" w14:paraId="6CD89C69" w14:textId="77777777" w:rsidTr="00AB6047">
        <w:tc>
          <w:tcPr>
            <w:tcW w:w="9576" w:type="dxa"/>
          </w:tcPr>
          <w:p w14:paraId="16C05DBB" w14:textId="12EEC61D" w:rsidR="00AB6047" w:rsidRPr="00142418" w:rsidRDefault="00AB6047" w:rsidP="00FF0A01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</w:p>
        </w:tc>
      </w:tr>
    </w:tbl>
    <w:p w14:paraId="740D9601" w14:textId="77777777" w:rsidR="00554377" w:rsidRDefault="00554377" w:rsidP="00BD6473">
      <w:pPr>
        <w:rPr>
          <w:rFonts w:ascii="Gill Sans" w:hAnsi="Gill Sans" w:hint="eastAsia"/>
          <w:sz w:val="24"/>
          <w:szCs w:val="24"/>
          <w:lang w:val="sr-Latn-RS"/>
        </w:rPr>
      </w:pPr>
    </w:p>
    <w:p w14:paraId="3B623307" w14:textId="6EB1D190" w:rsidR="00FF0A01" w:rsidRPr="001E40F4" w:rsidRDefault="00FF0A01" w:rsidP="00FF0A01">
      <w:pPr>
        <w:rPr>
          <w:rFonts w:ascii="Gill Sans" w:hAnsi="Gill Sans" w:hint="eastAsia"/>
          <w:b/>
          <w:sz w:val="24"/>
          <w:szCs w:val="24"/>
          <w:lang w:val="sr-Latn-RS"/>
        </w:rPr>
      </w:pPr>
      <w:r w:rsidRPr="001E40F4">
        <w:rPr>
          <w:rFonts w:ascii="Gill Sans" w:hAnsi="Gill Sans"/>
          <w:b/>
          <w:sz w:val="24"/>
          <w:szCs w:val="24"/>
          <w:lang w:val="sr-Latn-RS"/>
        </w:rPr>
        <w:t>1.</w:t>
      </w:r>
      <w:r w:rsidR="00554377">
        <w:rPr>
          <w:rFonts w:ascii="Gill Sans" w:hAnsi="Gill Sans"/>
          <w:b/>
          <w:sz w:val="24"/>
          <w:szCs w:val="24"/>
          <w:lang w:val="sr-Latn-RS"/>
        </w:rPr>
        <w:t>2</w:t>
      </w:r>
      <w:r w:rsidRPr="001E40F4">
        <w:rPr>
          <w:rFonts w:ascii="Gill Sans" w:hAnsi="Gill Sans"/>
          <w:b/>
          <w:sz w:val="24"/>
          <w:szCs w:val="24"/>
          <w:lang w:val="sr-Latn-RS"/>
        </w:rPr>
        <w:t>. Dodatni podaci o pravnoj klinici</w:t>
      </w:r>
    </w:p>
    <w:p w14:paraId="414C6A4F" w14:textId="23A6612A" w:rsidR="00FF0A01" w:rsidRDefault="00FF0A01" w:rsidP="00FF0A01">
      <w:pPr>
        <w:rPr>
          <w:rFonts w:ascii="Gill Sans" w:hAnsi="Gill Sans" w:hint="eastAsia"/>
          <w:sz w:val="24"/>
          <w:szCs w:val="24"/>
          <w:lang w:val="sr-Latn-RS"/>
        </w:rPr>
      </w:pPr>
      <w:r w:rsidRPr="00FF0A01">
        <w:rPr>
          <w:rFonts w:ascii="Gill Sans" w:hAnsi="Gill Sans"/>
          <w:sz w:val="24"/>
          <w:szCs w:val="24"/>
          <w:lang w:val="sr-Latn-RS"/>
        </w:rPr>
        <w:t>Popunjavaju samo pravni fakulteti/univerziteti koji prijavljuju projekat pravne klinike.</w:t>
      </w:r>
    </w:p>
    <w:p w14:paraId="04C8B71F" w14:textId="28C9B510" w:rsidR="00FF0A01" w:rsidRPr="00FF0A01" w:rsidRDefault="00FF0A01" w:rsidP="00FF0A01">
      <w:pPr>
        <w:rPr>
          <w:rFonts w:ascii="Gill Sans" w:hAnsi="Gill Sans" w:hint="eastAsia"/>
          <w:sz w:val="24"/>
          <w:szCs w:val="24"/>
          <w:lang w:val="sr-Latn-RS"/>
        </w:rPr>
      </w:pPr>
      <w:r w:rsidRPr="00FF0A01">
        <w:rPr>
          <w:rFonts w:ascii="Gill Sans" w:hAnsi="Gill Sans"/>
          <w:sz w:val="24"/>
          <w:szCs w:val="24"/>
          <w:lang w:val="sr-Latn-RS"/>
        </w:rPr>
        <w:t>Ukratko opišite dosadašnji način rada pravne klinike, iskustvo u praktičnoj edukaciji studenata i, gde je primenljivo, iskustvo u pružanju pravnih informacija i podrške građanima.</w:t>
      </w:r>
      <w:r w:rsidR="001E40F4" w:rsidRPr="001E40F4">
        <w:rPr>
          <w:rFonts w:ascii="Cambria" w:hAnsi="Cambria"/>
          <w:i/>
          <w:sz w:val="24"/>
          <w:szCs w:val="24"/>
          <w:lang w:val="sr-Latn-RS"/>
        </w:rPr>
        <w:t xml:space="preserve"> </w:t>
      </w:r>
      <w:r w:rsidR="001E40F4" w:rsidRPr="00AB6047">
        <w:rPr>
          <w:rFonts w:ascii="Cambria" w:hAnsi="Cambria"/>
          <w:i/>
          <w:sz w:val="24"/>
          <w:szCs w:val="24"/>
          <w:lang w:val="sr-Latn-RS"/>
        </w:rPr>
        <w:t>[</w:t>
      </w:r>
      <w:r w:rsidR="001E40F4" w:rsidRPr="00AB6047">
        <w:rPr>
          <w:rFonts w:ascii="Gill Sans" w:hAnsi="Gill Sans"/>
          <w:i/>
          <w:sz w:val="24"/>
          <w:szCs w:val="24"/>
          <w:lang w:val="sr-Latn-RS"/>
        </w:rPr>
        <w:t xml:space="preserve">Maksimalno </w:t>
      </w:r>
      <w:r w:rsidR="001E40F4">
        <w:rPr>
          <w:rFonts w:ascii="Gill Sans" w:hAnsi="Gill Sans"/>
          <w:i/>
          <w:sz w:val="24"/>
          <w:szCs w:val="24"/>
          <w:lang w:val="sr-Latn-RS"/>
        </w:rPr>
        <w:t>25</w:t>
      </w:r>
      <w:r w:rsidR="001E40F4" w:rsidRPr="00AB6047">
        <w:rPr>
          <w:rFonts w:ascii="Gill Sans" w:hAnsi="Gill Sans"/>
          <w:i/>
          <w:sz w:val="24"/>
          <w:szCs w:val="24"/>
          <w:lang w:val="sr-Latn-RS"/>
        </w:rPr>
        <w:t>0 reči</w:t>
      </w:r>
      <w:r w:rsidR="001E40F4" w:rsidRPr="00AB6047">
        <w:rPr>
          <w:rFonts w:ascii="Cambria" w:hAnsi="Cambria"/>
          <w:i/>
          <w:sz w:val="24"/>
          <w:szCs w:val="24"/>
          <w:lang w:val="sr-Latn-RS"/>
        </w:rP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1E40F4" w14:paraId="2A4C5E49" w14:textId="77777777" w:rsidTr="001E40F4">
        <w:tc>
          <w:tcPr>
            <w:tcW w:w="9576" w:type="dxa"/>
          </w:tcPr>
          <w:p w14:paraId="6FBFC097" w14:textId="77777777" w:rsidR="001E40F4" w:rsidRDefault="001E40F4" w:rsidP="00FF0A01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</w:p>
        </w:tc>
      </w:tr>
    </w:tbl>
    <w:p w14:paraId="4063B336" w14:textId="74C8815C" w:rsidR="001E40F4" w:rsidRDefault="001E40F4" w:rsidP="00FF0A01">
      <w:pPr>
        <w:rPr>
          <w:rFonts w:ascii="Gill Sans" w:hAnsi="Gill Sans" w:hint="eastAsia"/>
          <w:sz w:val="24"/>
          <w:szCs w:val="24"/>
          <w:lang w:val="sr-Latn-RS"/>
        </w:rPr>
      </w:pPr>
    </w:p>
    <w:p w14:paraId="4B17A7E6" w14:textId="77777777" w:rsidR="00091FDD" w:rsidRDefault="00091FDD" w:rsidP="00FF0A01">
      <w:pPr>
        <w:rPr>
          <w:rFonts w:ascii="Gill Sans" w:hAnsi="Gill Sans" w:hint="eastAsia"/>
          <w:sz w:val="24"/>
          <w:szCs w:val="24"/>
          <w:lang w:val="sr-Latn-RS"/>
        </w:rPr>
      </w:pPr>
    </w:p>
    <w:p w14:paraId="632BEED6" w14:textId="0B616C52" w:rsidR="00FF0A01" w:rsidRPr="007B24F6" w:rsidRDefault="00FF0A01" w:rsidP="00FF0A01">
      <w:pPr>
        <w:pStyle w:val="ListParagraph"/>
        <w:numPr>
          <w:ilvl w:val="0"/>
          <w:numId w:val="44"/>
        </w:numPr>
        <w:rPr>
          <w:rFonts w:ascii="Gill Sans" w:hAnsi="Gill Sans" w:hint="eastAsia"/>
          <w:b/>
          <w:sz w:val="24"/>
          <w:szCs w:val="24"/>
          <w:lang w:val="sr-Latn-RS"/>
        </w:rPr>
      </w:pPr>
      <w:r w:rsidRPr="007B24F6">
        <w:rPr>
          <w:rFonts w:ascii="Gill Sans" w:hAnsi="Gill Sans"/>
          <w:b/>
          <w:sz w:val="24"/>
          <w:szCs w:val="24"/>
          <w:lang w:val="sr-Latn-RS"/>
        </w:rPr>
        <w:t>OSNOVNI PODACI O PREDLOGU PROJEKTA</w:t>
      </w:r>
    </w:p>
    <w:p w14:paraId="07EC32B1" w14:textId="199F7F47" w:rsidR="00FF0A01" w:rsidRDefault="00FF0A01" w:rsidP="00FF0A01">
      <w:pPr>
        <w:rPr>
          <w:rFonts w:ascii="Gill Sans" w:hAnsi="Gill Sans" w:hint="eastAsia"/>
          <w:sz w:val="24"/>
          <w:szCs w:val="24"/>
          <w:lang w:val="sr-Latn-RS"/>
        </w:rPr>
      </w:pPr>
    </w:p>
    <w:tbl>
      <w:tblPr>
        <w:tblW w:w="0" w:type="auto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13"/>
        <w:gridCol w:w="5490"/>
      </w:tblGrid>
      <w:tr w:rsidR="007B24F6" w14:paraId="76FC4B86" w14:textId="77777777" w:rsidTr="007B24F6">
        <w:tc>
          <w:tcPr>
            <w:tcW w:w="3713" w:type="dxa"/>
            <w:vAlign w:val="center"/>
          </w:tcPr>
          <w:p w14:paraId="5E0FA696" w14:textId="7F43DED1" w:rsidR="007B24F6" w:rsidRDefault="007B24F6" w:rsidP="007B24F6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  <w:r w:rsidRPr="00FF0A01">
              <w:rPr>
                <w:rFonts w:ascii="Gill Sans" w:hAnsi="Gill Sans"/>
                <w:sz w:val="24"/>
                <w:szCs w:val="24"/>
                <w:lang w:val="sr-Latn-RS"/>
              </w:rPr>
              <w:t>Naziv projekta</w:t>
            </w:r>
          </w:p>
        </w:tc>
        <w:tc>
          <w:tcPr>
            <w:tcW w:w="5490" w:type="dxa"/>
            <w:vAlign w:val="center"/>
          </w:tcPr>
          <w:p w14:paraId="1976A09C" w14:textId="77777777" w:rsidR="007B24F6" w:rsidRDefault="007B24F6" w:rsidP="007B24F6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</w:p>
        </w:tc>
      </w:tr>
      <w:tr w:rsidR="007B24F6" w14:paraId="16325B04" w14:textId="77777777" w:rsidTr="007B24F6">
        <w:tc>
          <w:tcPr>
            <w:tcW w:w="3713" w:type="dxa"/>
            <w:vAlign w:val="center"/>
          </w:tcPr>
          <w:p w14:paraId="7A316F58" w14:textId="69C7E6F8" w:rsidR="007B24F6" w:rsidRDefault="007B24F6" w:rsidP="007B24F6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  <w:r w:rsidRPr="00FF0A01">
              <w:rPr>
                <w:rFonts w:ascii="Gill Sans" w:hAnsi="Gill Sans"/>
                <w:sz w:val="24"/>
                <w:szCs w:val="24"/>
                <w:lang w:val="sr-Latn-RS"/>
              </w:rPr>
              <w:t>Mesto/a i područje sprovođenja</w:t>
            </w:r>
          </w:p>
        </w:tc>
        <w:tc>
          <w:tcPr>
            <w:tcW w:w="5490" w:type="dxa"/>
            <w:vAlign w:val="center"/>
          </w:tcPr>
          <w:p w14:paraId="55897AA1" w14:textId="77777777" w:rsidR="007B24F6" w:rsidRDefault="007B24F6" w:rsidP="007B24F6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</w:p>
        </w:tc>
      </w:tr>
      <w:tr w:rsidR="007B24F6" w14:paraId="7D5D8881" w14:textId="77777777" w:rsidTr="007B24F6">
        <w:tc>
          <w:tcPr>
            <w:tcW w:w="3713" w:type="dxa"/>
            <w:vAlign w:val="center"/>
          </w:tcPr>
          <w:p w14:paraId="7073C0FB" w14:textId="34F4996D" w:rsidR="007B24F6" w:rsidRDefault="007B24F6" w:rsidP="007B24F6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  <w:r w:rsidRPr="00FF0A01">
              <w:rPr>
                <w:rFonts w:ascii="Gill Sans" w:hAnsi="Gill Sans"/>
                <w:sz w:val="24"/>
                <w:szCs w:val="24"/>
                <w:lang w:val="sr-Latn-RS"/>
              </w:rPr>
              <w:t>Trajanje projekta</w:t>
            </w:r>
          </w:p>
        </w:tc>
        <w:tc>
          <w:tcPr>
            <w:tcW w:w="5490" w:type="dxa"/>
            <w:vAlign w:val="center"/>
          </w:tcPr>
          <w:p w14:paraId="23BF4F9A" w14:textId="26AEC291" w:rsidR="007B24F6" w:rsidRDefault="007B24F6" w:rsidP="007B24F6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  <w:r w:rsidRPr="00FF0A01">
              <w:rPr>
                <w:rFonts w:ascii="Gill Sans" w:hAnsi="Gill Sans"/>
                <w:sz w:val="24"/>
                <w:szCs w:val="24"/>
                <w:lang w:val="sr-Latn-RS"/>
              </w:rPr>
              <w:t>___ meseci</w:t>
            </w:r>
          </w:p>
        </w:tc>
      </w:tr>
      <w:tr w:rsidR="007B24F6" w14:paraId="3E4B01AA" w14:textId="77777777" w:rsidTr="007B24F6">
        <w:tc>
          <w:tcPr>
            <w:tcW w:w="3713" w:type="dxa"/>
            <w:vAlign w:val="center"/>
          </w:tcPr>
          <w:p w14:paraId="230E24CC" w14:textId="76EABCB7" w:rsidR="007B24F6" w:rsidRDefault="007B24F6" w:rsidP="007B24F6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  <w:r w:rsidRPr="00FF0A01">
              <w:rPr>
                <w:rFonts w:ascii="Gill Sans" w:hAnsi="Gill Sans"/>
                <w:sz w:val="24"/>
                <w:szCs w:val="24"/>
                <w:lang w:val="sr-Latn-RS"/>
              </w:rPr>
              <w:t>Traženi iznos finansijske podrške</w:t>
            </w:r>
          </w:p>
        </w:tc>
        <w:tc>
          <w:tcPr>
            <w:tcW w:w="5490" w:type="dxa"/>
            <w:vAlign w:val="center"/>
          </w:tcPr>
          <w:p w14:paraId="70A67E5F" w14:textId="2656B5EA" w:rsidR="007B24F6" w:rsidRDefault="007B24F6" w:rsidP="007B24F6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  <w:r w:rsidRPr="00FF0A01">
              <w:rPr>
                <w:rFonts w:ascii="Gill Sans" w:hAnsi="Gill Sans"/>
                <w:sz w:val="24"/>
                <w:szCs w:val="24"/>
                <w:lang w:val="sr-Latn-RS"/>
              </w:rPr>
              <w:t>___ EUR</w:t>
            </w:r>
          </w:p>
        </w:tc>
      </w:tr>
      <w:tr w:rsidR="007B24F6" w14:paraId="7F370B19" w14:textId="77777777" w:rsidTr="007B24F6">
        <w:tc>
          <w:tcPr>
            <w:tcW w:w="3713" w:type="dxa"/>
            <w:vAlign w:val="center"/>
          </w:tcPr>
          <w:p w14:paraId="38B2483A" w14:textId="678D882E" w:rsidR="007B24F6" w:rsidRDefault="007B24F6" w:rsidP="007B24F6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  <w:r w:rsidRPr="00FF0A01">
              <w:rPr>
                <w:rFonts w:ascii="Gill Sans" w:hAnsi="Gill Sans"/>
                <w:sz w:val="24"/>
                <w:szCs w:val="24"/>
                <w:lang w:val="sr-Latn-RS"/>
              </w:rPr>
              <w:t>Planirani početak</w:t>
            </w:r>
          </w:p>
        </w:tc>
        <w:tc>
          <w:tcPr>
            <w:tcW w:w="5490" w:type="dxa"/>
            <w:vAlign w:val="center"/>
          </w:tcPr>
          <w:p w14:paraId="2A89B023" w14:textId="3BAE3310" w:rsidR="007B24F6" w:rsidRDefault="007B24F6" w:rsidP="007B24F6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  <w:r w:rsidRPr="00FF0A01">
              <w:rPr>
                <w:rFonts w:ascii="Gill Sans" w:hAnsi="Gill Sans"/>
                <w:sz w:val="24"/>
                <w:szCs w:val="24"/>
                <w:lang w:val="sr-Latn-RS"/>
              </w:rPr>
              <w:t>01.02.2027.</w:t>
            </w:r>
          </w:p>
        </w:tc>
      </w:tr>
      <w:tr w:rsidR="007B24F6" w14:paraId="77F67552" w14:textId="77777777" w:rsidTr="007B24F6">
        <w:tc>
          <w:tcPr>
            <w:tcW w:w="3713" w:type="dxa"/>
            <w:vAlign w:val="center"/>
          </w:tcPr>
          <w:p w14:paraId="761BFD57" w14:textId="24E9CB4D" w:rsidR="007B24F6" w:rsidRDefault="007B24F6" w:rsidP="007B24F6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  <w:r w:rsidRPr="00FF0A01">
              <w:rPr>
                <w:rFonts w:ascii="Gill Sans" w:hAnsi="Gill Sans"/>
                <w:sz w:val="24"/>
                <w:szCs w:val="24"/>
                <w:lang w:val="sr-Latn-RS"/>
              </w:rPr>
              <w:t>Glavna ciljna grupa/e</w:t>
            </w:r>
          </w:p>
        </w:tc>
        <w:tc>
          <w:tcPr>
            <w:tcW w:w="5490" w:type="dxa"/>
            <w:vAlign w:val="center"/>
          </w:tcPr>
          <w:p w14:paraId="2AD2E70C" w14:textId="77777777" w:rsidR="007B24F6" w:rsidRDefault="007B24F6" w:rsidP="007B24F6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</w:p>
        </w:tc>
      </w:tr>
    </w:tbl>
    <w:p w14:paraId="1503A268" w14:textId="6590F799" w:rsidR="007B24F6" w:rsidRDefault="007B24F6" w:rsidP="00FF0A01">
      <w:pPr>
        <w:rPr>
          <w:rFonts w:ascii="Gill Sans" w:hAnsi="Gill Sans" w:hint="eastAsia"/>
          <w:sz w:val="24"/>
          <w:szCs w:val="24"/>
          <w:lang w:val="sr-Latn-RS"/>
        </w:rPr>
      </w:pPr>
    </w:p>
    <w:p w14:paraId="057788A5" w14:textId="55C1D02C" w:rsidR="00091FDD" w:rsidRDefault="00091FDD" w:rsidP="00FF0A01">
      <w:pPr>
        <w:rPr>
          <w:rFonts w:ascii="Gill Sans" w:hAnsi="Gill Sans" w:hint="eastAsia"/>
          <w:sz w:val="24"/>
          <w:szCs w:val="24"/>
          <w:lang w:val="sr-Latn-RS"/>
        </w:rPr>
      </w:pPr>
    </w:p>
    <w:p w14:paraId="075C0499" w14:textId="70292889" w:rsidR="00091FDD" w:rsidRDefault="00091FDD" w:rsidP="00FF0A01">
      <w:pPr>
        <w:rPr>
          <w:rFonts w:ascii="Gill Sans" w:hAnsi="Gill Sans" w:hint="eastAsia"/>
          <w:sz w:val="24"/>
          <w:szCs w:val="24"/>
          <w:lang w:val="sr-Latn-RS"/>
        </w:rPr>
      </w:pPr>
    </w:p>
    <w:p w14:paraId="7605107E" w14:textId="3B56B460" w:rsidR="00091FDD" w:rsidRDefault="00091FDD" w:rsidP="00FF0A01">
      <w:pPr>
        <w:rPr>
          <w:rFonts w:ascii="Gill Sans" w:hAnsi="Gill Sans" w:hint="eastAsia"/>
          <w:sz w:val="24"/>
          <w:szCs w:val="24"/>
          <w:lang w:val="sr-Latn-RS"/>
        </w:rPr>
      </w:pPr>
    </w:p>
    <w:p w14:paraId="0852916F" w14:textId="77777777" w:rsidR="00091FDD" w:rsidRDefault="00091FDD" w:rsidP="00FF0A01">
      <w:pPr>
        <w:rPr>
          <w:rFonts w:ascii="Gill Sans" w:hAnsi="Gill Sans" w:hint="eastAsia"/>
          <w:sz w:val="24"/>
          <w:szCs w:val="24"/>
          <w:lang w:val="sr-Latn-RS"/>
        </w:rPr>
      </w:pPr>
    </w:p>
    <w:p w14:paraId="07B50490" w14:textId="77777777" w:rsidR="00FF0A01" w:rsidRPr="000B604D" w:rsidRDefault="00FF0A01" w:rsidP="00FF0A01">
      <w:pPr>
        <w:rPr>
          <w:rFonts w:ascii="Gill Sans" w:hAnsi="Gill Sans" w:hint="eastAsia"/>
          <w:b/>
          <w:sz w:val="24"/>
          <w:szCs w:val="24"/>
          <w:lang w:val="sr-Latn-RS"/>
        </w:rPr>
      </w:pPr>
      <w:r w:rsidRPr="000B604D">
        <w:rPr>
          <w:rFonts w:ascii="Gill Sans" w:hAnsi="Gill Sans"/>
          <w:b/>
          <w:sz w:val="24"/>
          <w:szCs w:val="24"/>
          <w:lang w:val="sr-Latn-RS"/>
        </w:rPr>
        <w:t>2.1. Sažetak projekta</w:t>
      </w:r>
    </w:p>
    <w:p w14:paraId="467CACA7" w14:textId="56492B7F" w:rsidR="00FF0A01" w:rsidRPr="00FF0A01" w:rsidRDefault="00FF0A01" w:rsidP="00FF0A01">
      <w:pPr>
        <w:rPr>
          <w:rFonts w:ascii="Gill Sans" w:hAnsi="Gill Sans" w:hint="eastAsia"/>
          <w:sz w:val="24"/>
          <w:szCs w:val="24"/>
          <w:lang w:val="sr-Latn-RS"/>
        </w:rPr>
      </w:pPr>
      <w:r w:rsidRPr="00FF0A01">
        <w:rPr>
          <w:rFonts w:ascii="Gill Sans" w:hAnsi="Gill Sans"/>
          <w:sz w:val="24"/>
          <w:szCs w:val="24"/>
          <w:lang w:val="sr-Latn-RS"/>
        </w:rPr>
        <w:t>Ukratko predstavite problem na koji projekat odgovara, ciljne grupe, cilj projekta, glavne aktivnosti i najvažnije očekivane rezultate.</w:t>
      </w:r>
      <w:r w:rsidR="000B604D" w:rsidRPr="000B604D">
        <w:rPr>
          <w:rFonts w:ascii="Cambria" w:hAnsi="Cambria"/>
          <w:i/>
          <w:sz w:val="24"/>
          <w:szCs w:val="24"/>
          <w:lang w:val="sr-Latn-RS"/>
        </w:rPr>
        <w:t xml:space="preserve"> </w:t>
      </w:r>
      <w:r w:rsidR="000B604D" w:rsidRPr="00AB6047">
        <w:rPr>
          <w:rFonts w:ascii="Cambria" w:hAnsi="Cambria"/>
          <w:i/>
          <w:sz w:val="24"/>
          <w:szCs w:val="24"/>
          <w:lang w:val="sr-Latn-RS"/>
        </w:rPr>
        <w:t>[</w:t>
      </w:r>
      <w:r w:rsidR="000B604D" w:rsidRPr="00AB6047">
        <w:rPr>
          <w:rFonts w:ascii="Gill Sans" w:hAnsi="Gill Sans"/>
          <w:i/>
          <w:sz w:val="24"/>
          <w:szCs w:val="24"/>
          <w:lang w:val="sr-Latn-RS"/>
        </w:rPr>
        <w:t xml:space="preserve">Maksimalno </w:t>
      </w:r>
      <w:r w:rsidR="000B604D">
        <w:rPr>
          <w:rFonts w:ascii="Gill Sans" w:hAnsi="Gill Sans"/>
          <w:i/>
          <w:sz w:val="24"/>
          <w:szCs w:val="24"/>
          <w:lang w:val="sr-Latn-RS"/>
        </w:rPr>
        <w:t>25</w:t>
      </w:r>
      <w:r w:rsidR="000B604D" w:rsidRPr="00AB6047">
        <w:rPr>
          <w:rFonts w:ascii="Gill Sans" w:hAnsi="Gill Sans"/>
          <w:i/>
          <w:sz w:val="24"/>
          <w:szCs w:val="24"/>
          <w:lang w:val="sr-Latn-RS"/>
        </w:rPr>
        <w:t>0 reči</w:t>
      </w:r>
      <w:r w:rsidR="000B604D" w:rsidRPr="00AB6047">
        <w:rPr>
          <w:rFonts w:ascii="Cambria" w:hAnsi="Cambria"/>
          <w:i/>
          <w:sz w:val="24"/>
          <w:szCs w:val="24"/>
          <w:lang w:val="sr-Latn-RS"/>
        </w:rP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B604D" w14:paraId="42E74454" w14:textId="77777777" w:rsidTr="000B604D">
        <w:tc>
          <w:tcPr>
            <w:tcW w:w="9576" w:type="dxa"/>
          </w:tcPr>
          <w:p w14:paraId="5EECF105" w14:textId="77777777" w:rsidR="000B604D" w:rsidRDefault="000B604D" w:rsidP="00FF0A01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</w:p>
        </w:tc>
      </w:tr>
    </w:tbl>
    <w:p w14:paraId="0D8C43E5" w14:textId="77777777" w:rsidR="000B604D" w:rsidRDefault="000B604D" w:rsidP="00FF0A01">
      <w:pPr>
        <w:rPr>
          <w:rFonts w:ascii="Gill Sans" w:hAnsi="Gill Sans" w:hint="eastAsia"/>
          <w:sz w:val="24"/>
          <w:szCs w:val="24"/>
          <w:lang w:val="sr-Latn-RS"/>
        </w:rPr>
      </w:pPr>
    </w:p>
    <w:p w14:paraId="72B473B3" w14:textId="7B298BDF" w:rsidR="00091FDD" w:rsidRPr="00091FDD" w:rsidRDefault="00FF0A01" w:rsidP="00091FDD">
      <w:pPr>
        <w:pStyle w:val="ListParagraph"/>
        <w:numPr>
          <w:ilvl w:val="0"/>
          <w:numId w:val="44"/>
        </w:numPr>
        <w:rPr>
          <w:rFonts w:ascii="Gill Sans" w:hAnsi="Gill Sans" w:hint="eastAsia"/>
          <w:b/>
          <w:sz w:val="24"/>
          <w:szCs w:val="24"/>
          <w:lang w:val="sr-Latn-RS"/>
        </w:rPr>
      </w:pPr>
      <w:r w:rsidRPr="00FE6755">
        <w:rPr>
          <w:rFonts w:ascii="Gill Sans" w:hAnsi="Gill Sans"/>
          <w:b/>
          <w:sz w:val="24"/>
          <w:szCs w:val="24"/>
          <w:lang w:val="sr-Latn-RS"/>
        </w:rPr>
        <w:t>RELEVANTNOST I IDENTIFIKOVANI PROBLEM</w:t>
      </w:r>
    </w:p>
    <w:p w14:paraId="1E3552C6" w14:textId="2E61D88C" w:rsidR="00FE6755" w:rsidRPr="00FE6755" w:rsidRDefault="00FE6755" w:rsidP="00FE6755">
      <w:pPr>
        <w:rPr>
          <w:rFonts w:ascii="Gill Sans" w:hAnsi="Gill Sans" w:hint="eastAsia"/>
          <w:b/>
          <w:sz w:val="24"/>
          <w:szCs w:val="24"/>
          <w:lang w:val="sr-Latn-RS"/>
        </w:rPr>
      </w:pPr>
      <w:r w:rsidRPr="00FE6755">
        <w:rPr>
          <w:rFonts w:ascii="Gill Sans" w:hAnsi="Gill Sans"/>
          <w:b/>
          <w:sz w:val="24"/>
          <w:szCs w:val="24"/>
          <w:lang w:val="sr-Latn-RS"/>
        </w:rPr>
        <w:t>3.1. Relevantnost projekta i potrebe ciljnih grupa</w:t>
      </w:r>
    </w:p>
    <w:p w14:paraId="5027DFC5" w14:textId="4E2BB081" w:rsidR="00FF0A01" w:rsidRPr="00FE6755" w:rsidRDefault="003C4908" w:rsidP="00FE6755">
      <w:pPr>
        <w:rPr>
          <w:rFonts w:ascii="Gill Sans" w:hAnsi="Gill Sans" w:hint="eastAsia"/>
          <w:i/>
          <w:sz w:val="24"/>
          <w:szCs w:val="24"/>
          <w:lang w:val="sr-Latn-RS"/>
        </w:rPr>
      </w:pPr>
      <w:r w:rsidRPr="003C4908">
        <w:rPr>
          <w:rFonts w:ascii="Gill Sans" w:hAnsi="Gill Sans"/>
          <w:sz w:val="24"/>
          <w:szCs w:val="24"/>
          <w:lang w:val="sr-Latn-RS"/>
        </w:rPr>
        <w:t>Opišite problem u pristupu pravdi i besplatnoj pravnoj pomoći na koji projekat odgovara i njegov značaj u sredini u kojoj se projekat sprovodi. Identifikujte ciljne grupe, njihove potrebe i prepreke u pristupu pravdi i obrazložite izbor geografskog područja i način dosezanja korisnika. Objasnite kako projekat odgovara na identifikovane potrebe i doprinosi ciljevima, prioritetima i očekivanim rezultatima Poziva.</w:t>
      </w:r>
      <w:r w:rsidR="00FE6755">
        <w:rPr>
          <w:rFonts w:ascii="Gill Sans" w:hAnsi="Gill Sans"/>
          <w:sz w:val="24"/>
          <w:szCs w:val="24"/>
          <w:lang w:val="sr-Latn-RS"/>
        </w:rPr>
        <w:t xml:space="preserve"> </w:t>
      </w:r>
      <w:r w:rsidR="00FE6755" w:rsidRPr="00FE6755">
        <w:rPr>
          <w:rFonts w:ascii="Gill Sans" w:hAnsi="Gill Sans"/>
          <w:i/>
          <w:sz w:val="24"/>
          <w:szCs w:val="24"/>
          <w:lang w:val="sr-Latn-RS"/>
        </w:rPr>
        <w:t>[Maksimalno 800 reči]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B604D" w14:paraId="12E396FB" w14:textId="77777777" w:rsidTr="000B604D">
        <w:tc>
          <w:tcPr>
            <w:tcW w:w="9576" w:type="dxa"/>
          </w:tcPr>
          <w:p w14:paraId="49887454" w14:textId="77777777" w:rsidR="000B604D" w:rsidRDefault="000B604D" w:rsidP="00FF0A01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</w:p>
        </w:tc>
      </w:tr>
    </w:tbl>
    <w:p w14:paraId="699D9C61" w14:textId="77777777" w:rsidR="000B604D" w:rsidRDefault="000B604D" w:rsidP="00FF0A01">
      <w:pPr>
        <w:rPr>
          <w:rFonts w:ascii="Gill Sans" w:hAnsi="Gill Sans" w:hint="eastAsia"/>
          <w:sz w:val="24"/>
          <w:szCs w:val="24"/>
          <w:lang w:val="sr-Latn-RS"/>
        </w:rPr>
      </w:pPr>
    </w:p>
    <w:p w14:paraId="757B7A9F" w14:textId="77777777" w:rsidR="00FE6755" w:rsidRPr="00FF0A01" w:rsidRDefault="00FE6755" w:rsidP="00FF0A01">
      <w:pPr>
        <w:rPr>
          <w:rFonts w:ascii="Gill Sans" w:hAnsi="Gill Sans" w:hint="eastAsia"/>
          <w:sz w:val="24"/>
          <w:szCs w:val="24"/>
          <w:lang w:val="sr-Latn-RS"/>
        </w:rPr>
      </w:pPr>
    </w:p>
    <w:p w14:paraId="6782920A" w14:textId="48C605C1" w:rsidR="00FF0A01" w:rsidRPr="00DC3D8B" w:rsidRDefault="00FE6755" w:rsidP="00DC3D8B">
      <w:pPr>
        <w:pStyle w:val="ListParagraph"/>
        <w:numPr>
          <w:ilvl w:val="0"/>
          <w:numId w:val="44"/>
        </w:numPr>
        <w:rPr>
          <w:rFonts w:ascii="Gill Sans" w:hAnsi="Gill Sans" w:hint="eastAsia"/>
          <w:b/>
          <w:sz w:val="24"/>
          <w:szCs w:val="24"/>
          <w:lang w:val="sr-Latn-RS"/>
        </w:rPr>
      </w:pPr>
      <w:r w:rsidRPr="00DC3D8B">
        <w:rPr>
          <w:rFonts w:ascii="Gill Sans" w:hAnsi="Gill Sans"/>
          <w:b/>
          <w:sz w:val="24"/>
          <w:szCs w:val="24"/>
          <w:lang w:val="sr-Latn-RS"/>
        </w:rPr>
        <w:t>CILJ, METODOLOGIJA I AKTIVNOSTI</w:t>
      </w:r>
    </w:p>
    <w:p w14:paraId="6D5DD0A6" w14:textId="77777777" w:rsidR="00FE6755" w:rsidRPr="00FE6755" w:rsidRDefault="00FF0A01" w:rsidP="00FE6755">
      <w:pPr>
        <w:rPr>
          <w:rFonts w:ascii="Gill Sans" w:hAnsi="Gill Sans" w:hint="eastAsia"/>
          <w:b/>
          <w:sz w:val="24"/>
          <w:szCs w:val="24"/>
          <w:lang w:val="sr-Latn-RS"/>
        </w:rPr>
      </w:pPr>
      <w:r w:rsidRPr="000B604D">
        <w:rPr>
          <w:rFonts w:ascii="Gill Sans" w:hAnsi="Gill Sans"/>
          <w:b/>
          <w:sz w:val="24"/>
          <w:szCs w:val="24"/>
          <w:lang w:val="sr-Latn-RS"/>
        </w:rPr>
        <w:t xml:space="preserve">4.1. </w:t>
      </w:r>
      <w:r w:rsidR="00FE6755" w:rsidRPr="00FE6755">
        <w:rPr>
          <w:rFonts w:ascii="Gill Sans" w:hAnsi="Gill Sans"/>
          <w:b/>
          <w:sz w:val="24"/>
          <w:szCs w:val="24"/>
          <w:lang w:val="sr-Latn-RS"/>
        </w:rPr>
        <w:t>Cilj i pristup projektu</w:t>
      </w:r>
    </w:p>
    <w:p w14:paraId="2D8BA015" w14:textId="086AC7A1" w:rsidR="00FF0A01" w:rsidRPr="00FF0A01" w:rsidRDefault="00FE6755" w:rsidP="00FE6755">
      <w:pPr>
        <w:rPr>
          <w:rFonts w:ascii="Gill Sans" w:hAnsi="Gill Sans" w:hint="eastAsia"/>
          <w:sz w:val="24"/>
          <w:szCs w:val="24"/>
          <w:lang w:val="sr-Latn-RS"/>
        </w:rPr>
      </w:pPr>
      <w:r w:rsidRPr="00FE6755">
        <w:rPr>
          <w:rFonts w:ascii="Gill Sans" w:hAnsi="Gill Sans"/>
          <w:sz w:val="24"/>
          <w:szCs w:val="24"/>
          <w:lang w:val="sr-Latn-RS"/>
        </w:rPr>
        <w:t>Definišite cilj projekta i opišite pristup kojim će projekat odgovoriti na identifikovani problem i potrebe ciljnih grupa, uključujući obrazloženje zbog čega je izabrani pristup odgovarajući za lokalni kontekst.</w:t>
      </w:r>
      <w:r w:rsidR="000B604D" w:rsidRPr="000B604D">
        <w:rPr>
          <w:rFonts w:ascii="Cambria" w:hAnsi="Cambria"/>
          <w:i/>
          <w:sz w:val="24"/>
          <w:szCs w:val="24"/>
          <w:lang w:val="sr-Latn-RS"/>
        </w:rPr>
        <w:t xml:space="preserve"> </w:t>
      </w:r>
      <w:r w:rsidR="000B604D" w:rsidRPr="00AB6047">
        <w:rPr>
          <w:rFonts w:ascii="Cambria" w:hAnsi="Cambria"/>
          <w:i/>
          <w:sz w:val="24"/>
          <w:szCs w:val="24"/>
          <w:lang w:val="sr-Latn-RS"/>
        </w:rPr>
        <w:t>[</w:t>
      </w:r>
      <w:r w:rsidR="000B604D" w:rsidRPr="00AB6047">
        <w:rPr>
          <w:rFonts w:ascii="Gill Sans" w:hAnsi="Gill Sans"/>
          <w:i/>
          <w:sz w:val="24"/>
          <w:szCs w:val="24"/>
          <w:lang w:val="sr-Latn-RS"/>
        </w:rPr>
        <w:t xml:space="preserve">Maksimalno </w:t>
      </w:r>
      <w:r>
        <w:rPr>
          <w:rFonts w:ascii="Gill Sans" w:hAnsi="Gill Sans"/>
          <w:i/>
          <w:sz w:val="24"/>
          <w:szCs w:val="24"/>
          <w:lang w:val="sr-Latn-RS"/>
        </w:rPr>
        <w:t>3</w:t>
      </w:r>
      <w:r w:rsidR="000B604D">
        <w:rPr>
          <w:rFonts w:ascii="Gill Sans" w:hAnsi="Gill Sans"/>
          <w:i/>
          <w:sz w:val="24"/>
          <w:szCs w:val="24"/>
          <w:lang w:val="sr-Latn-RS"/>
        </w:rPr>
        <w:t>0</w:t>
      </w:r>
      <w:r w:rsidR="000B604D" w:rsidRPr="00AB6047">
        <w:rPr>
          <w:rFonts w:ascii="Gill Sans" w:hAnsi="Gill Sans"/>
          <w:i/>
          <w:sz w:val="24"/>
          <w:szCs w:val="24"/>
          <w:lang w:val="sr-Latn-RS"/>
        </w:rPr>
        <w:t>0 reči</w:t>
      </w:r>
      <w:r w:rsidR="000B604D" w:rsidRPr="00AB6047">
        <w:rPr>
          <w:rFonts w:ascii="Cambria" w:hAnsi="Cambria"/>
          <w:i/>
          <w:sz w:val="24"/>
          <w:szCs w:val="24"/>
          <w:lang w:val="sr-Latn-RS"/>
        </w:rP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B604D" w14:paraId="0DFAB0FC" w14:textId="77777777" w:rsidTr="000B604D">
        <w:tc>
          <w:tcPr>
            <w:tcW w:w="9576" w:type="dxa"/>
          </w:tcPr>
          <w:p w14:paraId="3A37E937" w14:textId="77777777" w:rsidR="000B604D" w:rsidRDefault="000B604D" w:rsidP="00FF0A01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</w:p>
        </w:tc>
      </w:tr>
    </w:tbl>
    <w:p w14:paraId="58527D08" w14:textId="77777777" w:rsidR="000B604D" w:rsidRDefault="000B604D" w:rsidP="00FF0A01">
      <w:pPr>
        <w:rPr>
          <w:rFonts w:ascii="Gill Sans" w:hAnsi="Gill Sans" w:hint="eastAsia"/>
          <w:sz w:val="24"/>
          <w:szCs w:val="24"/>
          <w:lang w:val="sr-Latn-RS"/>
        </w:rPr>
      </w:pPr>
    </w:p>
    <w:p w14:paraId="6B849AD2" w14:textId="4DA8ED6F" w:rsidR="00FF0A01" w:rsidRPr="000B604D" w:rsidRDefault="00FF0A01" w:rsidP="00FF0A01">
      <w:pPr>
        <w:rPr>
          <w:rFonts w:ascii="Gill Sans" w:hAnsi="Gill Sans" w:hint="eastAsia"/>
          <w:b/>
          <w:sz w:val="24"/>
          <w:szCs w:val="24"/>
          <w:lang w:val="sr-Latn-RS"/>
        </w:rPr>
      </w:pPr>
      <w:r w:rsidRPr="000B604D">
        <w:rPr>
          <w:rFonts w:ascii="Gill Sans" w:hAnsi="Gill Sans"/>
          <w:b/>
          <w:sz w:val="24"/>
          <w:szCs w:val="24"/>
          <w:lang w:val="sr-Latn-RS"/>
        </w:rPr>
        <w:t xml:space="preserve">4.2. </w:t>
      </w:r>
      <w:r w:rsidR="00FE6755" w:rsidRPr="00FE6755">
        <w:rPr>
          <w:rFonts w:ascii="Gill Sans" w:hAnsi="Gill Sans"/>
          <w:b/>
          <w:sz w:val="24"/>
          <w:szCs w:val="24"/>
          <w:lang w:val="sr-Latn-RS"/>
        </w:rPr>
        <w:t>Aktivnosti i način sprovođenja</w:t>
      </w:r>
    </w:p>
    <w:p w14:paraId="59345429" w14:textId="2676FB0C" w:rsidR="00FF0A01" w:rsidRPr="00FF0A01" w:rsidRDefault="00683135" w:rsidP="00FF0A01">
      <w:pPr>
        <w:rPr>
          <w:rFonts w:ascii="Gill Sans" w:hAnsi="Gill Sans" w:hint="eastAsia"/>
          <w:sz w:val="24"/>
          <w:szCs w:val="24"/>
          <w:lang w:val="sr-Latn-RS"/>
        </w:rPr>
      </w:pPr>
      <w:r w:rsidRPr="00683135">
        <w:rPr>
          <w:rFonts w:ascii="Gill Sans" w:hAnsi="Gill Sans"/>
          <w:sz w:val="24"/>
          <w:szCs w:val="24"/>
          <w:lang w:val="sr-Latn-RS"/>
        </w:rPr>
        <w:t>Opišite glavne aktivnosti, njihov međusobni redosled i povezanost, vremenski okvir i način sprovođenja, uloge projektnog tima, kao i saradnju sa relevantnim lokalnim institucijama, pružaocima besplatne pravne pomoći, organizacijama i drugim akterima, kada je takva saradnja predviđena.</w:t>
      </w:r>
      <w:r w:rsidR="000B604D" w:rsidRPr="000B604D">
        <w:rPr>
          <w:rFonts w:ascii="Cambria" w:hAnsi="Cambria"/>
          <w:i/>
          <w:sz w:val="24"/>
          <w:szCs w:val="24"/>
          <w:lang w:val="sr-Latn-RS"/>
        </w:rPr>
        <w:t xml:space="preserve"> </w:t>
      </w:r>
      <w:r w:rsidR="000B604D" w:rsidRPr="00AB6047">
        <w:rPr>
          <w:rFonts w:ascii="Cambria" w:hAnsi="Cambria"/>
          <w:i/>
          <w:sz w:val="24"/>
          <w:szCs w:val="24"/>
          <w:lang w:val="sr-Latn-RS"/>
        </w:rPr>
        <w:t>[</w:t>
      </w:r>
      <w:r w:rsidR="000B604D" w:rsidRPr="00AB6047">
        <w:rPr>
          <w:rFonts w:ascii="Gill Sans" w:hAnsi="Gill Sans"/>
          <w:i/>
          <w:sz w:val="24"/>
          <w:szCs w:val="24"/>
          <w:lang w:val="sr-Latn-RS"/>
        </w:rPr>
        <w:t xml:space="preserve">Maksimalno </w:t>
      </w:r>
      <w:r w:rsidR="00FE6755">
        <w:rPr>
          <w:rFonts w:ascii="Gill Sans" w:hAnsi="Gill Sans"/>
          <w:i/>
          <w:sz w:val="24"/>
          <w:szCs w:val="24"/>
          <w:lang w:val="sr-Latn-RS"/>
        </w:rPr>
        <w:t>6</w:t>
      </w:r>
      <w:r w:rsidR="000B604D">
        <w:rPr>
          <w:rFonts w:ascii="Gill Sans" w:hAnsi="Gill Sans"/>
          <w:i/>
          <w:sz w:val="24"/>
          <w:szCs w:val="24"/>
          <w:lang w:val="sr-Latn-RS"/>
        </w:rPr>
        <w:t>0</w:t>
      </w:r>
      <w:r w:rsidR="000B604D" w:rsidRPr="00AB6047">
        <w:rPr>
          <w:rFonts w:ascii="Gill Sans" w:hAnsi="Gill Sans"/>
          <w:i/>
          <w:sz w:val="24"/>
          <w:szCs w:val="24"/>
          <w:lang w:val="sr-Latn-RS"/>
        </w:rPr>
        <w:t>0 reči</w:t>
      </w:r>
      <w:r w:rsidR="000B604D" w:rsidRPr="00AB6047">
        <w:rPr>
          <w:rFonts w:ascii="Cambria" w:hAnsi="Cambria"/>
          <w:i/>
          <w:sz w:val="24"/>
          <w:szCs w:val="24"/>
          <w:lang w:val="sr-Latn-RS"/>
        </w:rP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0B604D" w14:paraId="658E08F3" w14:textId="77777777" w:rsidTr="000B604D">
        <w:tc>
          <w:tcPr>
            <w:tcW w:w="9576" w:type="dxa"/>
          </w:tcPr>
          <w:p w14:paraId="029D3F32" w14:textId="77777777" w:rsidR="000B604D" w:rsidRDefault="000B604D" w:rsidP="00FF0A01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</w:p>
        </w:tc>
      </w:tr>
    </w:tbl>
    <w:p w14:paraId="671EDF4D" w14:textId="4675B2C4" w:rsidR="00D62CC3" w:rsidRDefault="00D62CC3" w:rsidP="00FF0A01">
      <w:pPr>
        <w:rPr>
          <w:rFonts w:ascii="Gill Sans" w:hAnsi="Gill Sans" w:hint="eastAsia"/>
          <w:sz w:val="24"/>
          <w:szCs w:val="24"/>
          <w:lang w:val="sr-Latn-RS"/>
        </w:rPr>
      </w:pPr>
    </w:p>
    <w:p w14:paraId="779B65C1" w14:textId="5858754E" w:rsidR="00047568" w:rsidRPr="00DC3D8B" w:rsidRDefault="00047568" w:rsidP="00DC3D8B">
      <w:pPr>
        <w:pStyle w:val="ListParagraph"/>
        <w:numPr>
          <w:ilvl w:val="0"/>
          <w:numId w:val="44"/>
        </w:numPr>
        <w:rPr>
          <w:rFonts w:ascii="Gill Sans" w:hAnsi="Gill Sans" w:hint="eastAsia"/>
          <w:b/>
          <w:sz w:val="24"/>
          <w:szCs w:val="24"/>
          <w:lang w:val="sr-Latn-RS"/>
        </w:rPr>
      </w:pPr>
      <w:r w:rsidRPr="00DC3D8B">
        <w:rPr>
          <w:rFonts w:ascii="Gill Sans" w:hAnsi="Gill Sans"/>
          <w:b/>
          <w:sz w:val="24"/>
          <w:szCs w:val="24"/>
          <w:lang w:val="sr-Latn-RS"/>
        </w:rPr>
        <w:lastRenderedPageBreak/>
        <w:t>PRAVNE KLINIKE I PRAKTIČNA EDUKACIJA STUDENATA</w:t>
      </w:r>
    </w:p>
    <w:p w14:paraId="1F9B9740" w14:textId="4CC5BA8C" w:rsidR="00047568" w:rsidRPr="00876029" w:rsidRDefault="00047568" w:rsidP="00047568">
      <w:pPr>
        <w:rPr>
          <w:rFonts w:ascii="Gill Sans" w:hAnsi="Gill Sans" w:hint="eastAsia"/>
          <w:i/>
          <w:sz w:val="24"/>
          <w:szCs w:val="24"/>
          <w:lang w:val="sr-Latn-RS"/>
        </w:rPr>
      </w:pPr>
      <w:r w:rsidRPr="00876029">
        <w:rPr>
          <w:rFonts w:ascii="Gill Sans" w:hAnsi="Gill Sans"/>
          <w:i/>
          <w:sz w:val="24"/>
          <w:szCs w:val="24"/>
          <w:lang w:val="sr-Latn-RS"/>
        </w:rPr>
        <w:t>Ovaj odeljak popunjavaju samo podnosioci čiji projekat uključuje aktivnosti pravne klinike.</w:t>
      </w:r>
    </w:p>
    <w:p w14:paraId="42002760" w14:textId="2E20DB69" w:rsidR="00DC3D8B" w:rsidRPr="00DC3D8B" w:rsidRDefault="00DC3D8B" w:rsidP="00DC3D8B">
      <w:pPr>
        <w:rPr>
          <w:rFonts w:ascii="Gill Sans" w:hAnsi="Gill Sans" w:hint="eastAsia"/>
          <w:b/>
          <w:sz w:val="24"/>
          <w:szCs w:val="24"/>
          <w:lang w:val="sr-Latn-RS"/>
        </w:rPr>
      </w:pPr>
      <w:r>
        <w:rPr>
          <w:rFonts w:ascii="Gill Sans" w:hAnsi="Gill Sans"/>
          <w:b/>
          <w:sz w:val="24"/>
          <w:szCs w:val="24"/>
          <w:lang w:val="sr-Latn-RS"/>
        </w:rPr>
        <w:t>5</w:t>
      </w:r>
      <w:r w:rsidR="00047568" w:rsidRPr="00643D7C">
        <w:rPr>
          <w:rFonts w:ascii="Gill Sans" w:hAnsi="Gill Sans"/>
          <w:b/>
          <w:sz w:val="24"/>
          <w:szCs w:val="24"/>
          <w:lang w:val="sr-Latn-RS"/>
        </w:rPr>
        <w:t xml:space="preserve">.1. </w:t>
      </w:r>
      <w:r w:rsidRPr="00DC3D8B">
        <w:rPr>
          <w:rFonts w:ascii="Gill Sans" w:hAnsi="Gill Sans"/>
          <w:b/>
          <w:sz w:val="24"/>
          <w:szCs w:val="24"/>
          <w:lang w:val="sr-Latn-RS"/>
        </w:rPr>
        <w:t>Praktična edukacija studenata i pravna podrška građanima</w:t>
      </w:r>
    </w:p>
    <w:p w14:paraId="1A551D12" w14:textId="46A61566" w:rsidR="00047568" w:rsidRPr="00047568" w:rsidRDefault="00DC3D8B" w:rsidP="00DC3D8B">
      <w:pPr>
        <w:rPr>
          <w:rFonts w:ascii="Gill Sans" w:hAnsi="Gill Sans" w:hint="eastAsia"/>
          <w:sz w:val="24"/>
          <w:szCs w:val="24"/>
          <w:lang w:val="sr-Latn-RS"/>
        </w:rPr>
      </w:pPr>
      <w:r w:rsidRPr="00DC3D8B">
        <w:rPr>
          <w:rFonts w:ascii="Gill Sans" w:hAnsi="Gill Sans"/>
          <w:sz w:val="24"/>
          <w:szCs w:val="24"/>
          <w:lang w:val="sr-Latn-RS"/>
        </w:rPr>
        <w:t>Opišite kako će studenti biti uključeni u aktivnosti pravne klinike, način organizovanja stručnog mentorstva i povezivanja praktične edukacije studenata sa radom na konkretnim pravnim problemima i pružanjem odgovarajuće pravne podrške građanima, uz poštovanje važećih propisa.</w:t>
      </w:r>
      <w:r w:rsidR="00643D7C" w:rsidRPr="00643D7C">
        <w:rPr>
          <w:rFonts w:ascii="Cambria" w:hAnsi="Cambria"/>
          <w:i/>
          <w:sz w:val="24"/>
          <w:szCs w:val="24"/>
          <w:lang w:val="sr-Latn-RS"/>
        </w:rPr>
        <w:t xml:space="preserve"> </w:t>
      </w:r>
      <w:r w:rsidR="00643D7C" w:rsidRPr="00AB6047">
        <w:rPr>
          <w:rFonts w:ascii="Cambria" w:hAnsi="Cambria"/>
          <w:i/>
          <w:sz w:val="24"/>
          <w:szCs w:val="24"/>
          <w:lang w:val="sr-Latn-RS"/>
        </w:rPr>
        <w:t>[</w:t>
      </w:r>
      <w:r w:rsidR="00643D7C" w:rsidRPr="00AB6047">
        <w:rPr>
          <w:rFonts w:ascii="Gill Sans" w:hAnsi="Gill Sans"/>
          <w:i/>
          <w:sz w:val="24"/>
          <w:szCs w:val="24"/>
          <w:lang w:val="sr-Latn-RS"/>
        </w:rPr>
        <w:t xml:space="preserve">Maksimalno </w:t>
      </w:r>
      <w:r w:rsidR="00091FDD">
        <w:rPr>
          <w:rFonts w:ascii="Gill Sans" w:hAnsi="Gill Sans"/>
          <w:i/>
          <w:sz w:val="24"/>
          <w:szCs w:val="24"/>
          <w:lang w:val="sr-Latn-RS"/>
        </w:rPr>
        <w:t>4</w:t>
      </w:r>
      <w:r w:rsidR="00643D7C">
        <w:rPr>
          <w:rFonts w:ascii="Gill Sans" w:hAnsi="Gill Sans"/>
          <w:i/>
          <w:sz w:val="24"/>
          <w:szCs w:val="24"/>
          <w:lang w:val="sr-Latn-RS"/>
        </w:rPr>
        <w:t>0</w:t>
      </w:r>
      <w:r w:rsidR="00643D7C" w:rsidRPr="00AB6047">
        <w:rPr>
          <w:rFonts w:ascii="Gill Sans" w:hAnsi="Gill Sans"/>
          <w:i/>
          <w:sz w:val="24"/>
          <w:szCs w:val="24"/>
          <w:lang w:val="sr-Latn-RS"/>
        </w:rPr>
        <w:t>0 reči</w:t>
      </w:r>
      <w:r w:rsidR="00643D7C" w:rsidRPr="00AB6047">
        <w:rPr>
          <w:rFonts w:ascii="Cambria" w:hAnsi="Cambria"/>
          <w:i/>
          <w:sz w:val="24"/>
          <w:szCs w:val="24"/>
          <w:lang w:val="sr-Latn-RS"/>
        </w:rP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643D7C" w14:paraId="5B67436C" w14:textId="77777777" w:rsidTr="00643D7C">
        <w:tc>
          <w:tcPr>
            <w:tcW w:w="9576" w:type="dxa"/>
          </w:tcPr>
          <w:p w14:paraId="7DA26E1D" w14:textId="77777777" w:rsidR="00643D7C" w:rsidRDefault="00643D7C" w:rsidP="00047568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</w:p>
        </w:tc>
      </w:tr>
    </w:tbl>
    <w:p w14:paraId="22EB5651" w14:textId="58925A8F" w:rsidR="00047568" w:rsidRPr="00047568" w:rsidRDefault="00047568" w:rsidP="00047568">
      <w:pPr>
        <w:rPr>
          <w:rFonts w:ascii="Gill Sans" w:hAnsi="Gill Sans" w:hint="eastAsia"/>
          <w:sz w:val="24"/>
          <w:szCs w:val="24"/>
          <w:lang w:val="sr-Latn-RS"/>
        </w:rPr>
      </w:pPr>
    </w:p>
    <w:p w14:paraId="395B2397" w14:textId="54F1237B" w:rsidR="00047568" w:rsidRPr="00091FDD" w:rsidRDefault="00047568" w:rsidP="00091FDD">
      <w:pPr>
        <w:pStyle w:val="ListParagraph"/>
        <w:numPr>
          <w:ilvl w:val="0"/>
          <w:numId w:val="44"/>
        </w:numPr>
        <w:rPr>
          <w:rFonts w:ascii="Gill Sans" w:hAnsi="Gill Sans" w:hint="eastAsia"/>
          <w:b/>
          <w:sz w:val="24"/>
          <w:szCs w:val="24"/>
          <w:lang w:val="sr-Latn-RS"/>
        </w:rPr>
      </w:pPr>
      <w:r w:rsidRPr="00091FDD">
        <w:rPr>
          <w:rFonts w:ascii="Gill Sans" w:hAnsi="Gill Sans"/>
          <w:b/>
          <w:sz w:val="24"/>
          <w:szCs w:val="24"/>
          <w:lang w:val="sr-Latn-RS"/>
        </w:rPr>
        <w:t>OČEKIVANI REZULTATI I INDIKATORI</w:t>
      </w:r>
    </w:p>
    <w:p w14:paraId="78711A3D" w14:textId="6B81596F" w:rsidR="00047568" w:rsidRDefault="001A685E" w:rsidP="00047568">
      <w:pPr>
        <w:rPr>
          <w:rFonts w:ascii="Gill Sans" w:hAnsi="Gill Sans"/>
          <w:sz w:val="24"/>
          <w:szCs w:val="24"/>
          <w:lang w:val="sr-Latn-RS"/>
        </w:rPr>
      </w:pPr>
      <w:r w:rsidRPr="001A685E">
        <w:rPr>
          <w:rFonts w:ascii="Gill Sans" w:hAnsi="Gill Sans"/>
          <w:sz w:val="24"/>
          <w:szCs w:val="24"/>
          <w:lang w:val="sr-Latn-RS"/>
        </w:rPr>
        <w:t>Navedite glavne očekivane rezultate projekta i za svaki rezultat definišite najmanje jedan merljiv indikator i njegovu ciljnu vrednost. Rezultati i indikatori treba da budu realistični, jasno povezani sa planiranim aktivnostima i omogućavaju praćenje ostvarenja projekta.</w:t>
      </w:r>
    </w:p>
    <w:tbl>
      <w:tblPr>
        <w:tblW w:w="0" w:type="auto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23"/>
        <w:gridCol w:w="3690"/>
        <w:gridCol w:w="2885"/>
      </w:tblGrid>
      <w:tr w:rsidR="001A685E" w14:paraId="1855EEB7" w14:textId="77777777" w:rsidTr="001A685E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2723" w:type="dxa"/>
            <w:vAlign w:val="center"/>
          </w:tcPr>
          <w:p w14:paraId="44B31BCC" w14:textId="1740AE2C" w:rsidR="001A685E" w:rsidRDefault="001A685E" w:rsidP="001A685E">
            <w:pPr>
              <w:jc w:val="center"/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  <w:bookmarkStart w:id="0" w:name="_GoBack"/>
            <w:bookmarkEnd w:id="0"/>
            <w:r w:rsidRPr="001A685E">
              <w:rPr>
                <w:rFonts w:ascii="Gill Sans" w:hAnsi="Gill Sans"/>
                <w:sz w:val="24"/>
                <w:szCs w:val="24"/>
                <w:lang w:val="sr-Latn-RS"/>
              </w:rPr>
              <w:t>Očekivani rezultat</w:t>
            </w:r>
          </w:p>
        </w:tc>
        <w:tc>
          <w:tcPr>
            <w:tcW w:w="3690" w:type="dxa"/>
            <w:vAlign w:val="center"/>
          </w:tcPr>
          <w:p w14:paraId="263E382E" w14:textId="15EE288D" w:rsidR="001A685E" w:rsidRDefault="001A685E" w:rsidP="001A685E">
            <w:pPr>
              <w:jc w:val="center"/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  <w:r w:rsidRPr="001A685E">
              <w:rPr>
                <w:rFonts w:ascii="Gill Sans" w:hAnsi="Gill Sans"/>
                <w:sz w:val="24"/>
                <w:szCs w:val="24"/>
                <w:lang w:val="sr-Latn-RS"/>
              </w:rPr>
              <w:t>Indikator</w:t>
            </w:r>
          </w:p>
        </w:tc>
        <w:tc>
          <w:tcPr>
            <w:tcW w:w="2885" w:type="dxa"/>
            <w:vAlign w:val="center"/>
          </w:tcPr>
          <w:p w14:paraId="3BFDF2BC" w14:textId="43805EF0" w:rsidR="001A685E" w:rsidRDefault="001A685E" w:rsidP="001A685E">
            <w:pPr>
              <w:jc w:val="center"/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  <w:r w:rsidRPr="001A685E">
              <w:rPr>
                <w:rFonts w:ascii="Gill Sans" w:hAnsi="Gill Sans"/>
                <w:sz w:val="24"/>
                <w:szCs w:val="24"/>
                <w:lang w:val="sr-Latn-RS"/>
              </w:rPr>
              <w:t>Ciljna vrednost</w:t>
            </w:r>
          </w:p>
        </w:tc>
      </w:tr>
      <w:tr w:rsidR="001A685E" w14:paraId="63725B71" w14:textId="77777777" w:rsidTr="001A685E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2723" w:type="dxa"/>
            <w:vAlign w:val="center"/>
          </w:tcPr>
          <w:p w14:paraId="68D1AB8E" w14:textId="77777777" w:rsidR="001A685E" w:rsidRPr="001A685E" w:rsidRDefault="001A685E" w:rsidP="001A685E">
            <w:pPr>
              <w:jc w:val="center"/>
              <w:rPr>
                <w:rFonts w:ascii="Gill Sans" w:hAnsi="Gill Sans"/>
                <w:sz w:val="24"/>
                <w:szCs w:val="24"/>
                <w:lang w:val="sr-Latn-RS"/>
              </w:rPr>
            </w:pPr>
          </w:p>
        </w:tc>
        <w:tc>
          <w:tcPr>
            <w:tcW w:w="3690" w:type="dxa"/>
            <w:vAlign w:val="center"/>
          </w:tcPr>
          <w:p w14:paraId="4EAF448C" w14:textId="77777777" w:rsidR="001A685E" w:rsidRPr="001A685E" w:rsidRDefault="001A685E" w:rsidP="001A685E">
            <w:pPr>
              <w:jc w:val="center"/>
              <w:rPr>
                <w:rFonts w:ascii="Gill Sans" w:hAnsi="Gill Sans"/>
                <w:sz w:val="24"/>
                <w:szCs w:val="24"/>
                <w:lang w:val="sr-Latn-RS"/>
              </w:rPr>
            </w:pPr>
          </w:p>
        </w:tc>
        <w:tc>
          <w:tcPr>
            <w:tcW w:w="2885" w:type="dxa"/>
            <w:vAlign w:val="center"/>
          </w:tcPr>
          <w:p w14:paraId="34E58028" w14:textId="77777777" w:rsidR="001A685E" w:rsidRPr="001A685E" w:rsidRDefault="001A685E" w:rsidP="001A685E">
            <w:pPr>
              <w:jc w:val="center"/>
              <w:rPr>
                <w:rFonts w:ascii="Gill Sans" w:hAnsi="Gill Sans"/>
                <w:sz w:val="24"/>
                <w:szCs w:val="24"/>
                <w:lang w:val="sr-Latn-RS"/>
              </w:rPr>
            </w:pPr>
          </w:p>
        </w:tc>
      </w:tr>
      <w:tr w:rsidR="001A685E" w14:paraId="3799700C" w14:textId="77777777" w:rsidTr="001A685E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2723" w:type="dxa"/>
            <w:vAlign w:val="center"/>
          </w:tcPr>
          <w:p w14:paraId="055F2B64" w14:textId="77777777" w:rsidR="001A685E" w:rsidRPr="001A685E" w:rsidRDefault="001A685E" w:rsidP="001A685E">
            <w:pPr>
              <w:jc w:val="center"/>
              <w:rPr>
                <w:rFonts w:ascii="Gill Sans" w:hAnsi="Gill Sans"/>
                <w:sz w:val="24"/>
                <w:szCs w:val="24"/>
                <w:lang w:val="sr-Latn-RS"/>
              </w:rPr>
            </w:pPr>
          </w:p>
        </w:tc>
        <w:tc>
          <w:tcPr>
            <w:tcW w:w="3690" w:type="dxa"/>
            <w:vAlign w:val="center"/>
          </w:tcPr>
          <w:p w14:paraId="2F10401F" w14:textId="77777777" w:rsidR="001A685E" w:rsidRPr="001A685E" w:rsidRDefault="001A685E" w:rsidP="001A685E">
            <w:pPr>
              <w:jc w:val="center"/>
              <w:rPr>
                <w:rFonts w:ascii="Gill Sans" w:hAnsi="Gill Sans"/>
                <w:sz w:val="24"/>
                <w:szCs w:val="24"/>
                <w:lang w:val="sr-Latn-RS"/>
              </w:rPr>
            </w:pPr>
          </w:p>
        </w:tc>
        <w:tc>
          <w:tcPr>
            <w:tcW w:w="2885" w:type="dxa"/>
            <w:vAlign w:val="center"/>
          </w:tcPr>
          <w:p w14:paraId="1D789FDC" w14:textId="77777777" w:rsidR="001A685E" w:rsidRPr="001A685E" w:rsidRDefault="001A685E" w:rsidP="001A685E">
            <w:pPr>
              <w:jc w:val="center"/>
              <w:rPr>
                <w:rFonts w:ascii="Gill Sans" w:hAnsi="Gill Sans"/>
                <w:sz w:val="24"/>
                <w:szCs w:val="24"/>
                <w:lang w:val="sr-Latn-RS"/>
              </w:rPr>
            </w:pPr>
          </w:p>
        </w:tc>
      </w:tr>
      <w:tr w:rsidR="001A685E" w14:paraId="3EF09215" w14:textId="77777777" w:rsidTr="001A685E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2723" w:type="dxa"/>
            <w:vAlign w:val="center"/>
          </w:tcPr>
          <w:p w14:paraId="6194FC16" w14:textId="77777777" w:rsidR="001A685E" w:rsidRPr="001A685E" w:rsidRDefault="001A685E" w:rsidP="001A685E">
            <w:pPr>
              <w:jc w:val="center"/>
              <w:rPr>
                <w:rFonts w:ascii="Gill Sans" w:hAnsi="Gill Sans"/>
                <w:sz w:val="24"/>
                <w:szCs w:val="24"/>
                <w:lang w:val="sr-Latn-RS"/>
              </w:rPr>
            </w:pPr>
          </w:p>
        </w:tc>
        <w:tc>
          <w:tcPr>
            <w:tcW w:w="3690" w:type="dxa"/>
            <w:vAlign w:val="center"/>
          </w:tcPr>
          <w:p w14:paraId="2B97D161" w14:textId="77777777" w:rsidR="001A685E" w:rsidRPr="001A685E" w:rsidRDefault="001A685E" w:rsidP="001A685E">
            <w:pPr>
              <w:jc w:val="center"/>
              <w:rPr>
                <w:rFonts w:ascii="Gill Sans" w:hAnsi="Gill Sans"/>
                <w:sz w:val="24"/>
                <w:szCs w:val="24"/>
                <w:lang w:val="sr-Latn-RS"/>
              </w:rPr>
            </w:pPr>
          </w:p>
        </w:tc>
        <w:tc>
          <w:tcPr>
            <w:tcW w:w="2885" w:type="dxa"/>
            <w:vAlign w:val="center"/>
          </w:tcPr>
          <w:p w14:paraId="7A48339A" w14:textId="77777777" w:rsidR="001A685E" w:rsidRPr="001A685E" w:rsidRDefault="001A685E" w:rsidP="001A685E">
            <w:pPr>
              <w:jc w:val="center"/>
              <w:rPr>
                <w:rFonts w:ascii="Gill Sans" w:hAnsi="Gill Sans"/>
                <w:sz w:val="24"/>
                <w:szCs w:val="24"/>
                <w:lang w:val="sr-Latn-RS"/>
              </w:rPr>
            </w:pPr>
          </w:p>
        </w:tc>
      </w:tr>
      <w:tr w:rsidR="001A685E" w14:paraId="684E6622" w14:textId="77777777" w:rsidTr="001A685E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2723" w:type="dxa"/>
            <w:vAlign w:val="center"/>
          </w:tcPr>
          <w:p w14:paraId="3D82177B" w14:textId="77777777" w:rsidR="001A685E" w:rsidRPr="001A685E" w:rsidRDefault="001A685E" w:rsidP="001A685E">
            <w:pPr>
              <w:jc w:val="center"/>
              <w:rPr>
                <w:rFonts w:ascii="Gill Sans" w:hAnsi="Gill Sans"/>
                <w:sz w:val="24"/>
                <w:szCs w:val="24"/>
                <w:lang w:val="sr-Latn-RS"/>
              </w:rPr>
            </w:pPr>
          </w:p>
        </w:tc>
        <w:tc>
          <w:tcPr>
            <w:tcW w:w="3690" w:type="dxa"/>
            <w:vAlign w:val="center"/>
          </w:tcPr>
          <w:p w14:paraId="42CB8E3E" w14:textId="77777777" w:rsidR="001A685E" w:rsidRPr="001A685E" w:rsidRDefault="001A685E" w:rsidP="001A685E">
            <w:pPr>
              <w:jc w:val="center"/>
              <w:rPr>
                <w:rFonts w:ascii="Gill Sans" w:hAnsi="Gill Sans"/>
                <w:sz w:val="24"/>
                <w:szCs w:val="24"/>
                <w:lang w:val="sr-Latn-RS"/>
              </w:rPr>
            </w:pPr>
          </w:p>
        </w:tc>
        <w:tc>
          <w:tcPr>
            <w:tcW w:w="2885" w:type="dxa"/>
            <w:vAlign w:val="center"/>
          </w:tcPr>
          <w:p w14:paraId="161CC215" w14:textId="77777777" w:rsidR="001A685E" w:rsidRPr="001A685E" w:rsidRDefault="001A685E" w:rsidP="001A685E">
            <w:pPr>
              <w:jc w:val="center"/>
              <w:rPr>
                <w:rFonts w:ascii="Gill Sans" w:hAnsi="Gill Sans"/>
                <w:sz w:val="24"/>
                <w:szCs w:val="24"/>
                <w:lang w:val="sr-Latn-RS"/>
              </w:rPr>
            </w:pPr>
          </w:p>
        </w:tc>
      </w:tr>
      <w:tr w:rsidR="001A685E" w14:paraId="0D46F460" w14:textId="77777777" w:rsidTr="001A685E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2723" w:type="dxa"/>
            <w:vAlign w:val="center"/>
          </w:tcPr>
          <w:p w14:paraId="582BB477" w14:textId="77777777" w:rsidR="001A685E" w:rsidRPr="001A685E" w:rsidRDefault="001A685E" w:rsidP="001A685E">
            <w:pPr>
              <w:jc w:val="center"/>
              <w:rPr>
                <w:rFonts w:ascii="Gill Sans" w:hAnsi="Gill Sans"/>
                <w:sz w:val="24"/>
                <w:szCs w:val="24"/>
                <w:lang w:val="sr-Latn-RS"/>
              </w:rPr>
            </w:pPr>
          </w:p>
        </w:tc>
        <w:tc>
          <w:tcPr>
            <w:tcW w:w="3690" w:type="dxa"/>
            <w:vAlign w:val="center"/>
          </w:tcPr>
          <w:p w14:paraId="1FB726BE" w14:textId="77777777" w:rsidR="001A685E" w:rsidRPr="001A685E" w:rsidRDefault="001A685E" w:rsidP="001A685E">
            <w:pPr>
              <w:jc w:val="center"/>
              <w:rPr>
                <w:rFonts w:ascii="Gill Sans" w:hAnsi="Gill Sans"/>
                <w:sz w:val="24"/>
                <w:szCs w:val="24"/>
                <w:lang w:val="sr-Latn-RS"/>
              </w:rPr>
            </w:pPr>
          </w:p>
        </w:tc>
        <w:tc>
          <w:tcPr>
            <w:tcW w:w="2885" w:type="dxa"/>
            <w:vAlign w:val="center"/>
          </w:tcPr>
          <w:p w14:paraId="5055F93A" w14:textId="77777777" w:rsidR="001A685E" w:rsidRPr="001A685E" w:rsidRDefault="001A685E" w:rsidP="001A685E">
            <w:pPr>
              <w:jc w:val="center"/>
              <w:rPr>
                <w:rFonts w:ascii="Gill Sans" w:hAnsi="Gill Sans"/>
                <w:sz w:val="24"/>
                <w:szCs w:val="24"/>
                <w:lang w:val="sr-Latn-RS"/>
              </w:rPr>
            </w:pPr>
          </w:p>
        </w:tc>
      </w:tr>
      <w:tr w:rsidR="001A685E" w14:paraId="5AFBB783" w14:textId="77777777" w:rsidTr="001A685E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2723" w:type="dxa"/>
            <w:vAlign w:val="center"/>
          </w:tcPr>
          <w:p w14:paraId="55234BF7" w14:textId="77777777" w:rsidR="001A685E" w:rsidRPr="001A685E" w:rsidRDefault="001A685E" w:rsidP="001A685E">
            <w:pPr>
              <w:jc w:val="center"/>
              <w:rPr>
                <w:rFonts w:ascii="Gill Sans" w:hAnsi="Gill Sans"/>
                <w:sz w:val="24"/>
                <w:szCs w:val="24"/>
                <w:lang w:val="sr-Latn-RS"/>
              </w:rPr>
            </w:pPr>
          </w:p>
        </w:tc>
        <w:tc>
          <w:tcPr>
            <w:tcW w:w="3690" w:type="dxa"/>
            <w:vAlign w:val="center"/>
          </w:tcPr>
          <w:p w14:paraId="46262629" w14:textId="77777777" w:rsidR="001A685E" w:rsidRPr="001A685E" w:rsidRDefault="001A685E" w:rsidP="001A685E">
            <w:pPr>
              <w:jc w:val="center"/>
              <w:rPr>
                <w:rFonts w:ascii="Gill Sans" w:hAnsi="Gill Sans"/>
                <w:sz w:val="24"/>
                <w:szCs w:val="24"/>
                <w:lang w:val="sr-Latn-RS"/>
              </w:rPr>
            </w:pPr>
          </w:p>
        </w:tc>
        <w:tc>
          <w:tcPr>
            <w:tcW w:w="2885" w:type="dxa"/>
            <w:vAlign w:val="center"/>
          </w:tcPr>
          <w:p w14:paraId="4092CE28" w14:textId="77777777" w:rsidR="001A685E" w:rsidRPr="001A685E" w:rsidRDefault="001A685E" w:rsidP="001A685E">
            <w:pPr>
              <w:jc w:val="center"/>
              <w:rPr>
                <w:rFonts w:ascii="Gill Sans" w:hAnsi="Gill Sans"/>
                <w:sz w:val="24"/>
                <w:szCs w:val="24"/>
                <w:lang w:val="sr-Latn-RS"/>
              </w:rPr>
            </w:pPr>
          </w:p>
        </w:tc>
      </w:tr>
    </w:tbl>
    <w:p w14:paraId="2FA02041" w14:textId="6AEF1458" w:rsidR="001A685E" w:rsidRPr="001A685E" w:rsidRDefault="001A685E" w:rsidP="00047568">
      <w:pPr>
        <w:rPr>
          <w:rFonts w:ascii="Gill Sans" w:hAnsi="Gill Sans" w:hint="eastAsia"/>
          <w:i/>
          <w:sz w:val="24"/>
          <w:szCs w:val="24"/>
          <w:lang w:val="sr-Latn-RS"/>
        </w:rPr>
      </w:pPr>
      <w:r w:rsidRPr="001A685E">
        <w:rPr>
          <w:rFonts w:ascii="Gill Sans" w:hAnsi="Gill Sans"/>
          <w:i/>
          <w:sz w:val="24"/>
          <w:szCs w:val="24"/>
          <w:lang w:val="sr-Latn-RS"/>
        </w:rPr>
        <w:t>Dodajte redove po potrebi.</w:t>
      </w:r>
    </w:p>
    <w:p w14:paraId="5D1F424B" w14:textId="77777777" w:rsidR="00091FDD" w:rsidRPr="00047568" w:rsidRDefault="00091FDD" w:rsidP="00047568">
      <w:pPr>
        <w:rPr>
          <w:rFonts w:ascii="Gill Sans" w:hAnsi="Gill Sans" w:hint="eastAsia"/>
          <w:sz w:val="24"/>
          <w:szCs w:val="24"/>
          <w:lang w:val="sr-Latn-RS"/>
        </w:rPr>
      </w:pPr>
    </w:p>
    <w:p w14:paraId="7CA785D2" w14:textId="1C509DA5" w:rsidR="00091FDD" w:rsidRPr="00091FDD" w:rsidRDefault="00047568" w:rsidP="00091FDD">
      <w:pPr>
        <w:pStyle w:val="ListParagraph"/>
        <w:numPr>
          <w:ilvl w:val="0"/>
          <w:numId w:val="44"/>
        </w:numPr>
        <w:rPr>
          <w:rFonts w:ascii="Gill Sans" w:hAnsi="Gill Sans" w:hint="eastAsia"/>
          <w:b/>
          <w:sz w:val="24"/>
          <w:szCs w:val="24"/>
          <w:lang w:val="sr-Latn-RS"/>
        </w:rPr>
      </w:pPr>
      <w:r w:rsidRPr="00091FDD">
        <w:rPr>
          <w:rFonts w:ascii="Gill Sans" w:hAnsi="Gill Sans"/>
          <w:b/>
          <w:sz w:val="24"/>
          <w:szCs w:val="24"/>
          <w:lang w:val="sr-Latn-RS"/>
        </w:rPr>
        <w:t>PROJEKTNI TIM I UPRAVLJANJE PROJEKTOM</w:t>
      </w:r>
    </w:p>
    <w:p w14:paraId="54C60F9E" w14:textId="6C2569DB" w:rsidR="00047568" w:rsidRPr="00BA489F" w:rsidRDefault="00091FDD" w:rsidP="00047568">
      <w:pPr>
        <w:rPr>
          <w:rFonts w:ascii="Gill Sans" w:hAnsi="Gill Sans" w:hint="eastAsia"/>
          <w:b/>
          <w:sz w:val="24"/>
          <w:szCs w:val="24"/>
          <w:lang w:val="sr-Latn-RS"/>
        </w:rPr>
      </w:pPr>
      <w:r>
        <w:rPr>
          <w:rFonts w:ascii="Gill Sans" w:hAnsi="Gill Sans"/>
          <w:b/>
          <w:sz w:val="24"/>
          <w:szCs w:val="24"/>
          <w:lang w:val="sr-Latn-RS"/>
        </w:rPr>
        <w:t>7</w:t>
      </w:r>
      <w:r w:rsidR="00047568" w:rsidRPr="00BA489F">
        <w:rPr>
          <w:rFonts w:ascii="Gill Sans" w:hAnsi="Gill Sans"/>
          <w:b/>
          <w:sz w:val="24"/>
          <w:szCs w:val="24"/>
          <w:lang w:val="sr-Latn-RS"/>
        </w:rPr>
        <w:t xml:space="preserve">.1. </w:t>
      </w:r>
      <w:r w:rsidRPr="00091FDD">
        <w:rPr>
          <w:rFonts w:ascii="Gill Sans" w:hAnsi="Gill Sans"/>
          <w:b/>
          <w:sz w:val="24"/>
          <w:szCs w:val="24"/>
          <w:lang w:val="sr-Latn-RS"/>
        </w:rPr>
        <w:t>Projektni tim i upravljanje projektom</w:t>
      </w:r>
    </w:p>
    <w:p w14:paraId="4D51F4EB" w14:textId="6394839F" w:rsidR="00047568" w:rsidRPr="00047568" w:rsidRDefault="00091FDD" w:rsidP="00047568">
      <w:pPr>
        <w:rPr>
          <w:rFonts w:ascii="Gill Sans" w:hAnsi="Gill Sans" w:hint="eastAsia"/>
          <w:sz w:val="24"/>
          <w:szCs w:val="24"/>
          <w:lang w:val="sr-Latn-RS"/>
        </w:rPr>
      </w:pPr>
      <w:r w:rsidRPr="00091FDD">
        <w:rPr>
          <w:rFonts w:ascii="Gill Sans" w:hAnsi="Gill Sans"/>
          <w:sz w:val="24"/>
          <w:szCs w:val="24"/>
          <w:lang w:val="sr-Latn-RS"/>
        </w:rPr>
        <w:t>Predstavite ključne članove projektnog tima, njihove uloge i odgovornosti i objasnite na koji način njihovo iskustvo i stručnost odgovaraju planiranim aktivnostima, kao i kako će biti organizovano upravljanje i koordinacija projekta.</w:t>
      </w:r>
      <w:r w:rsidR="00643D7C" w:rsidRPr="00643D7C">
        <w:rPr>
          <w:rFonts w:ascii="Cambria" w:hAnsi="Cambria"/>
          <w:i/>
          <w:sz w:val="24"/>
          <w:szCs w:val="24"/>
          <w:lang w:val="sr-Latn-RS"/>
        </w:rPr>
        <w:t xml:space="preserve"> </w:t>
      </w:r>
      <w:r w:rsidR="00643D7C" w:rsidRPr="00AB6047">
        <w:rPr>
          <w:rFonts w:ascii="Cambria" w:hAnsi="Cambria"/>
          <w:i/>
          <w:sz w:val="24"/>
          <w:szCs w:val="24"/>
          <w:lang w:val="sr-Latn-RS"/>
        </w:rPr>
        <w:t>[</w:t>
      </w:r>
      <w:r w:rsidR="00643D7C" w:rsidRPr="00AB6047">
        <w:rPr>
          <w:rFonts w:ascii="Gill Sans" w:hAnsi="Gill Sans"/>
          <w:i/>
          <w:sz w:val="24"/>
          <w:szCs w:val="24"/>
          <w:lang w:val="sr-Latn-RS"/>
        </w:rPr>
        <w:t xml:space="preserve">Maksimalno </w:t>
      </w:r>
      <w:r w:rsidR="00643D7C">
        <w:rPr>
          <w:rFonts w:ascii="Gill Sans" w:hAnsi="Gill Sans"/>
          <w:i/>
          <w:sz w:val="24"/>
          <w:szCs w:val="24"/>
          <w:lang w:val="sr-Latn-RS"/>
        </w:rPr>
        <w:t>3</w:t>
      </w:r>
      <w:r>
        <w:rPr>
          <w:rFonts w:ascii="Gill Sans" w:hAnsi="Gill Sans"/>
          <w:i/>
          <w:sz w:val="24"/>
          <w:szCs w:val="24"/>
          <w:lang w:val="sr-Latn-RS"/>
        </w:rPr>
        <w:t>5</w:t>
      </w:r>
      <w:r w:rsidR="00643D7C" w:rsidRPr="00AB6047">
        <w:rPr>
          <w:rFonts w:ascii="Gill Sans" w:hAnsi="Gill Sans"/>
          <w:i/>
          <w:sz w:val="24"/>
          <w:szCs w:val="24"/>
          <w:lang w:val="sr-Latn-RS"/>
        </w:rPr>
        <w:t>0 reči</w:t>
      </w:r>
      <w:r w:rsidR="00643D7C" w:rsidRPr="00AB6047">
        <w:rPr>
          <w:rFonts w:ascii="Cambria" w:hAnsi="Cambria"/>
          <w:i/>
          <w:sz w:val="24"/>
          <w:szCs w:val="24"/>
          <w:lang w:val="sr-Latn-RS"/>
        </w:rP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643D7C" w14:paraId="3E9FA335" w14:textId="77777777" w:rsidTr="00643D7C">
        <w:tc>
          <w:tcPr>
            <w:tcW w:w="9576" w:type="dxa"/>
          </w:tcPr>
          <w:p w14:paraId="6325DD17" w14:textId="77777777" w:rsidR="00643D7C" w:rsidRDefault="00643D7C" w:rsidP="00047568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</w:p>
        </w:tc>
      </w:tr>
    </w:tbl>
    <w:p w14:paraId="61AFA86F" w14:textId="457A1A60" w:rsidR="00047568" w:rsidRDefault="00047568" w:rsidP="00047568">
      <w:pPr>
        <w:rPr>
          <w:rFonts w:ascii="Gill Sans" w:hAnsi="Gill Sans" w:hint="eastAsia"/>
          <w:i/>
          <w:sz w:val="24"/>
          <w:szCs w:val="24"/>
          <w:lang w:val="sr-Latn-RS"/>
        </w:rPr>
      </w:pPr>
      <w:r w:rsidRPr="00BA489F">
        <w:rPr>
          <w:rFonts w:ascii="Gill Sans" w:hAnsi="Gill Sans"/>
          <w:i/>
          <w:sz w:val="24"/>
          <w:szCs w:val="24"/>
          <w:lang w:val="sr-Latn-RS"/>
        </w:rPr>
        <w:lastRenderedPageBreak/>
        <w:t>Biografije ključnih članova projektnog tima dostavljaju se kao obavezna prateća dokumentacija.</w:t>
      </w:r>
    </w:p>
    <w:p w14:paraId="6698CD34" w14:textId="2D48E166" w:rsidR="00047568" w:rsidRPr="00BA489F" w:rsidRDefault="00047568" w:rsidP="00047568">
      <w:pPr>
        <w:rPr>
          <w:rFonts w:ascii="Gill Sans" w:hAnsi="Gill Sans" w:hint="eastAsia"/>
          <w:sz w:val="24"/>
          <w:szCs w:val="24"/>
          <w:lang w:val="sr-Latn-RS"/>
        </w:rPr>
      </w:pPr>
    </w:p>
    <w:p w14:paraId="2AC88748" w14:textId="77777777" w:rsidR="00091FDD" w:rsidRDefault="00047568" w:rsidP="00047568">
      <w:pPr>
        <w:pStyle w:val="ListParagraph"/>
        <w:numPr>
          <w:ilvl w:val="0"/>
          <w:numId w:val="44"/>
        </w:numPr>
        <w:rPr>
          <w:rFonts w:ascii="Gill Sans" w:hAnsi="Gill Sans" w:hint="eastAsia"/>
          <w:b/>
          <w:sz w:val="24"/>
          <w:szCs w:val="24"/>
          <w:lang w:val="sr-Latn-RS"/>
        </w:rPr>
      </w:pPr>
      <w:r w:rsidRPr="00091FDD">
        <w:rPr>
          <w:rFonts w:ascii="Gill Sans" w:hAnsi="Gill Sans"/>
          <w:b/>
          <w:sz w:val="24"/>
          <w:szCs w:val="24"/>
          <w:lang w:val="sr-Latn-RS"/>
        </w:rPr>
        <w:t>ODRŽIVOST</w:t>
      </w:r>
    </w:p>
    <w:p w14:paraId="5271FF2F" w14:textId="25978C86" w:rsidR="00047568" w:rsidRPr="00091FDD" w:rsidRDefault="00091FDD" w:rsidP="00091FDD">
      <w:pPr>
        <w:rPr>
          <w:rFonts w:ascii="Gill Sans" w:hAnsi="Gill Sans" w:hint="eastAsia"/>
          <w:b/>
          <w:sz w:val="24"/>
          <w:szCs w:val="24"/>
          <w:lang w:val="sr-Latn-RS"/>
        </w:rPr>
      </w:pPr>
      <w:r>
        <w:rPr>
          <w:rFonts w:ascii="Gill Sans" w:hAnsi="Gill Sans"/>
          <w:b/>
          <w:sz w:val="24"/>
          <w:szCs w:val="24"/>
          <w:lang w:val="sr-Latn-RS"/>
        </w:rPr>
        <w:t>8</w:t>
      </w:r>
      <w:r w:rsidR="00047568" w:rsidRPr="00091FDD">
        <w:rPr>
          <w:rFonts w:ascii="Gill Sans" w:hAnsi="Gill Sans"/>
          <w:b/>
          <w:sz w:val="24"/>
          <w:szCs w:val="24"/>
          <w:lang w:val="sr-Latn-RS"/>
        </w:rPr>
        <w:t>.1. Održivost rezultata</w:t>
      </w:r>
    </w:p>
    <w:p w14:paraId="7A57807E" w14:textId="5F7786C8" w:rsidR="00047568" w:rsidRPr="00047568" w:rsidRDefault="00091FDD" w:rsidP="00047568">
      <w:pPr>
        <w:rPr>
          <w:rFonts w:ascii="Gill Sans" w:hAnsi="Gill Sans" w:hint="eastAsia"/>
          <w:sz w:val="24"/>
          <w:szCs w:val="24"/>
          <w:lang w:val="sr-Latn-RS"/>
        </w:rPr>
      </w:pPr>
      <w:r w:rsidRPr="00091FDD">
        <w:rPr>
          <w:rFonts w:ascii="Gill Sans" w:hAnsi="Gill Sans"/>
          <w:sz w:val="24"/>
          <w:szCs w:val="24"/>
          <w:lang w:val="sr-Latn-RS"/>
        </w:rPr>
        <w:t>Objasnite koji rezultati i efekti projekta mogu biti nastavljeni ili korišćeni nakon završetka finansijske podrške i kako projekat doprinosi dugoročnom jačanju kapaciteta, dostupnosti pravne pomoći i/ili saradnje relevantnih aktera.</w:t>
      </w:r>
      <w:r w:rsidR="00643D7C" w:rsidRPr="00643D7C">
        <w:rPr>
          <w:rFonts w:ascii="Cambria" w:hAnsi="Cambria"/>
          <w:i/>
          <w:sz w:val="24"/>
          <w:szCs w:val="24"/>
          <w:lang w:val="sr-Latn-RS"/>
        </w:rPr>
        <w:t xml:space="preserve"> </w:t>
      </w:r>
      <w:r w:rsidR="00643D7C" w:rsidRPr="00AB6047">
        <w:rPr>
          <w:rFonts w:ascii="Cambria" w:hAnsi="Cambria"/>
          <w:i/>
          <w:sz w:val="24"/>
          <w:szCs w:val="24"/>
          <w:lang w:val="sr-Latn-RS"/>
        </w:rPr>
        <w:t>[</w:t>
      </w:r>
      <w:r w:rsidR="00643D7C" w:rsidRPr="00AB6047">
        <w:rPr>
          <w:rFonts w:ascii="Gill Sans" w:hAnsi="Gill Sans"/>
          <w:i/>
          <w:sz w:val="24"/>
          <w:szCs w:val="24"/>
          <w:lang w:val="sr-Latn-RS"/>
        </w:rPr>
        <w:t xml:space="preserve">Maksimalno </w:t>
      </w:r>
      <w:r>
        <w:rPr>
          <w:rFonts w:ascii="Gill Sans" w:hAnsi="Gill Sans"/>
          <w:i/>
          <w:sz w:val="24"/>
          <w:szCs w:val="24"/>
          <w:lang w:val="sr-Latn-RS"/>
        </w:rPr>
        <w:t>25</w:t>
      </w:r>
      <w:r w:rsidR="00643D7C" w:rsidRPr="00AB6047">
        <w:rPr>
          <w:rFonts w:ascii="Gill Sans" w:hAnsi="Gill Sans"/>
          <w:i/>
          <w:sz w:val="24"/>
          <w:szCs w:val="24"/>
          <w:lang w:val="sr-Latn-RS"/>
        </w:rPr>
        <w:t>0 reči</w:t>
      </w:r>
      <w:r w:rsidR="00643D7C" w:rsidRPr="00AB6047">
        <w:rPr>
          <w:rFonts w:ascii="Cambria" w:hAnsi="Cambria"/>
          <w:i/>
          <w:sz w:val="24"/>
          <w:szCs w:val="24"/>
          <w:lang w:val="sr-Latn-RS"/>
        </w:rPr>
        <w:t>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643D7C" w14:paraId="7BBA1873" w14:textId="77777777" w:rsidTr="00643D7C">
        <w:tc>
          <w:tcPr>
            <w:tcW w:w="9576" w:type="dxa"/>
          </w:tcPr>
          <w:p w14:paraId="6C11A37E" w14:textId="77777777" w:rsidR="00643D7C" w:rsidRDefault="00643D7C" w:rsidP="00FF0A01">
            <w:pPr>
              <w:rPr>
                <w:rFonts w:ascii="Gill Sans" w:hAnsi="Gill Sans" w:hint="eastAsia"/>
                <w:sz w:val="24"/>
                <w:szCs w:val="24"/>
                <w:lang w:val="sr-Latn-RS"/>
              </w:rPr>
            </w:pPr>
          </w:p>
        </w:tc>
      </w:tr>
    </w:tbl>
    <w:p w14:paraId="72FD0850" w14:textId="19E67916" w:rsidR="00047568" w:rsidRPr="00FF0A01" w:rsidRDefault="00047568" w:rsidP="00FF0A01">
      <w:pPr>
        <w:rPr>
          <w:rFonts w:ascii="Gill Sans" w:hAnsi="Gill Sans" w:hint="eastAsia"/>
          <w:sz w:val="24"/>
          <w:szCs w:val="24"/>
          <w:lang w:val="sr-Latn-RS"/>
        </w:rPr>
      </w:pPr>
    </w:p>
    <w:sectPr w:rsidR="00047568" w:rsidRPr="00FF0A01" w:rsidSect="00034616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E8D41E" w14:textId="77777777" w:rsidR="00E25AC7" w:rsidRDefault="00E25AC7">
      <w:pPr>
        <w:spacing w:after="0" w:line="240" w:lineRule="auto"/>
      </w:pPr>
      <w:r>
        <w:separator/>
      </w:r>
    </w:p>
  </w:endnote>
  <w:endnote w:type="continuationSeparator" w:id="0">
    <w:p w14:paraId="665045EA" w14:textId="77777777" w:rsidR="00E25AC7" w:rsidRDefault="00E25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">
    <w:altName w:val="Cambria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ill Sans" w:hAnsi="Gill Sans"/>
        <w:sz w:val="20"/>
        <w:szCs w:val="20"/>
        <w:lang w:val="sr-Latn-RS"/>
      </w:rPr>
      <w:id w:val="5342328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9F3FB7" w14:textId="450E46C2" w:rsidR="00F94E21" w:rsidRPr="00372043" w:rsidRDefault="007A43F9">
        <w:pPr>
          <w:pStyle w:val="Footer"/>
          <w:jc w:val="right"/>
          <w:rPr>
            <w:rFonts w:ascii="Gill Sans" w:hAnsi="Gill Sans" w:hint="eastAsia"/>
            <w:sz w:val="20"/>
            <w:szCs w:val="20"/>
            <w:lang w:val="sr-Latn-RS"/>
          </w:rPr>
        </w:pPr>
        <w:r>
          <w:rPr>
            <w:noProof/>
          </w:rPr>
          <w:drawing>
            <wp:anchor distT="0" distB="0" distL="114300" distR="114300" simplePos="0" relativeHeight="251661312" behindDoc="1" locked="0" layoutInCell="1" allowOverlap="1" wp14:anchorId="6553D4D1" wp14:editId="664C0695">
              <wp:simplePos x="0" y="0"/>
              <wp:positionH relativeFrom="column">
                <wp:posOffset>4118961</wp:posOffset>
              </wp:positionH>
              <wp:positionV relativeFrom="paragraph">
                <wp:posOffset>-156845</wp:posOffset>
              </wp:positionV>
              <wp:extent cx="896116" cy="924236"/>
              <wp:effectExtent l="0" t="0" r="0" b="9525"/>
              <wp:wrapNone/>
              <wp:docPr id="4" name="Pictur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96116" cy="9242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F94E21" w:rsidRPr="00372043">
          <w:rPr>
            <w:rFonts w:ascii="Gill Sans" w:hAnsi="Gill Sans"/>
            <w:sz w:val="20"/>
            <w:szCs w:val="20"/>
            <w:lang w:val="sr-Latn-RS"/>
          </w:rPr>
          <w:t xml:space="preserve">Strana </w:t>
        </w:r>
        <w:r w:rsidR="00F94E21" w:rsidRPr="00372043">
          <w:rPr>
            <w:rFonts w:ascii="Gill Sans" w:hAnsi="Gill Sans"/>
            <w:sz w:val="20"/>
            <w:szCs w:val="20"/>
            <w:lang w:val="sr-Latn-RS"/>
          </w:rPr>
          <w:fldChar w:fldCharType="begin"/>
        </w:r>
        <w:r w:rsidR="00F94E21" w:rsidRPr="00372043">
          <w:rPr>
            <w:rFonts w:ascii="Gill Sans" w:hAnsi="Gill Sans"/>
            <w:sz w:val="20"/>
            <w:szCs w:val="20"/>
            <w:lang w:val="sr-Latn-RS"/>
          </w:rPr>
          <w:instrText xml:space="preserve"> PAGE   \* MERGEFORMAT </w:instrText>
        </w:r>
        <w:r w:rsidR="00F94E21" w:rsidRPr="00372043">
          <w:rPr>
            <w:rFonts w:ascii="Gill Sans" w:hAnsi="Gill Sans"/>
            <w:sz w:val="20"/>
            <w:szCs w:val="20"/>
            <w:lang w:val="sr-Latn-RS"/>
          </w:rPr>
          <w:fldChar w:fldCharType="separate"/>
        </w:r>
        <w:r w:rsidR="00F94E21" w:rsidRPr="00372043">
          <w:rPr>
            <w:rFonts w:ascii="Gill Sans" w:hAnsi="Gill Sans"/>
            <w:noProof/>
            <w:sz w:val="20"/>
            <w:szCs w:val="20"/>
            <w:lang w:val="sr-Latn-RS"/>
          </w:rPr>
          <w:t>2</w:t>
        </w:r>
        <w:r w:rsidR="00F94E21" w:rsidRPr="00372043">
          <w:rPr>
            <w:rFonts w:ascii="Gill Sans" w:hAnsi="Gill Sans"/>
            <w:noProof/>
            <w:sz w:val="20"/>
            <w:szCs w:val="20"/>
            <w:lang w:val="sr-Latn-RS"/>
          </w:rPr>
          <w:fldChar w:fldCharType="end"/>
        </w:r>
      </w:p>
    </w:sdtContent>
  </w:sdt>
  <w:p w14:paraId="3C5BF9BE" w14:textId="59BF0584" w:rsidR="00F94E21" w:rsidRDefault="007A43F9" w:rsidP="007A43F9">
    <w:pPr>
      <w:pStyle w:val="Footer"/>
      <w:tabs>
        <w:tab w:val="clear" w:pos="4680"/>
        <w:tab w:val="clear" w:pos="9360"/>
        <w:tab w:val="left" w:pos="7705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74DF79A1" wp14:editId="34934A60">
          <wp:simplePos x="0" y="0"/>
          <wp:positionH relativeFrom="column">
            <wp:posOffset>1976120</wp:posOffset>
          </wp:positionH>
          <wp:positionV relativeFrom="paragraph">
            <wp:posOffset>20955</wp:posOffset>
          </wp:positionV>
          <wp:extent cx="1509397" cy="377266"/>
          <wp:effectExtent l="0" t="0" r="0" b="381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9397" cy="3772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B6473F3" wp14:editId="0B4033B0">
          <wp:simplePos x="0" y="0"/>
          <wp:positionH relativeFrom="column">
            <wp:posOffset>1</wp:posOffset>
          </wp:positionH>
          <wp:positionV relativeFrom="paragraph">
            <wp:posOffset>50378</wp:posOffset>
          </wp:positionV>
          <wp:extent cx="1159472" cy="371533"/>
          <wp:effectExtent l="0" t="0" r="317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020" cy="3742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E6D2A8" w14:textId="77777777" w:rsidR="00E25AC7" w:rsidRDefault="00E25AC7">
      <w:pPr>
        <w:spacing w:after="0" w:line="240" w:lineRule="auto"/>
      </w:pPr>
      <w:r>
        <w:separator/>
      </w:r>
    </w:p>
  </w:footnote>
  <w:footnote w:type="continuationSeparator" w:id="0">
    <w:p w14:paraId="25D3C4ED" w14:textId="77777777" w:rsidR="00E25AC7" w:rsidRDefault="00E25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D97DEE" w14:textId="1A62FF13" w:rsidR="00F94E21" w:rsidRPr="00D43DC7" w:rsidRDefault="0051245C" w:rsidP="007A43F9">
    <w:pPr>
      <w:pStyle w:val="Header"/>
      <w:tabs>
        <w:tab w:val="clear" w:pos="4680"/>
        <w:tab w:val="clear" w:pos="9360"/>
        <w:tab w:val="left" w:pos="7967"/>
      </w:tabs>
      <w:jc w:val="center"/>
      <w:rPr>
        <w:lang w:val="sr-Latn-RS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20FB04C7" wp14:editId="7A968C0D">
          <wp:simplePos x="0" y="0"/>
          <wp:positionH relativeFrom="column">
            <wp:posOffset>5012377</wp:posOffset>
          </wp:positionH>
          <wp:positionV relativeFrom="paragraph">
            <wp:posOffset>-149272</wp:posOffset>
          </wp:positionV>
          <wp:extent cx="1626831" cy="600502"/>
          <wp:effectExtent l="0" t="0" r="0" b="952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6831" cy="600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BA263F5" wp14:editId="0C97E812">
          <wp:simplePos x="0" y="0"/>
          <wp:positionH relativeFrom="column">
            <wp:posOffset>-846086</wp:posOffset>
          </wp:positionH>
          <wp:positionV relativeFrom="paragraph">
            <wp:posOffset>-449580</wp:posOffset>
          </wp:positionV>
          <wp:extent cx="2062721" cy="116006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2721" cy="116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4E21">
      <w:rPr>
        <w:color w:val="666666"/>
        <w:sz w:val="17"/>
        <w:lang w:val="sr-Latn-RS"/>
      </w:rPr>
      <w:t>Projekat ’</w:t>
    </w:r>
    <w:r w:rsidR="00F94E21" w:rsidRPr="00D43DC7">
      <w:rPr>
        <w:color w:val="666666"/>
        <w:sz w:val="17"/>
        <w:lang w:val="sr-Latn-RS"/>
      </w:rPr>
      <w:t>Pristup pravnoj pomoći za sve</w:t>
    </w:r>
    <w:r w:rsidR="00F94E21">
      <w:rPr>
        <w:color w:val="666666"/>
        <w:sz w:val="17"/>
        <w:lang w:val="sr-Latn-RS"/>
      </w:rPr>
      <w:t>’</w:t>
    </w:r>
    <w:r w:rsidR="00F94E21" w:rsidRPr="00D43DC7">
      <w:rPr>
        <w:color w:val="666666"/>
        <w:sz w:val="17"/>
        <w:lang w:val="sr-Latn-RS"/>
      </w:rPr>
      <w:t xml:space="preserve"> | </w:t>
    </w:r>
    <w:r w:rsidR="00F94E21">
      <w:rPr>
        <w:color w:val="666666"/>
        <w:sz w:val="17"/>
        <w:lang w:val="sr-Latn-RS"/>
      </w:rPr>
      <w:t>P</w:t>
    </w:r>
    <w:r w:rsidR="0027119C">
      <w:rPr>
        <w:color w:val="666666"/>
        <w:sz w:val="17"/>
        <w:lang w:val="sr-Latn-RS"/>
      </w:rPr>
      <w:t>rijavni formular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E8792A"/>
    <w:multiLevelType w:val="hybridMultilevel"/>
    <w:tmpl w:val="7A300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B1752C"/>
    <w:multiLevelType w:val="hybridMultilevel"/>
    <w:tmpl w:val="BDBC7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7124BE"/>
    <w:multiLevelType w:val="multilevel"/>
    <w:tmpl w:val="75047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A621316"/>
    <w:multiLevelType w:val="multilevel"/>
    <w:tmpl w:val="F1E6C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A9C42C1"/>
    <w:multiLevelType w:val="multilevel"/>
    <w:tmpl w:val="345E5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1C03FC"/>
    <w:multiLevelType w:val="hybridMultilevel"/>
    <w:tmpl w:val="309EA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3201E7"/>
    <w:multiLevelType w:val="multilevel"/>
    <w:tmpl w:val="79202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2D4621C"/>
    <w:multiLevelType w:val="hybridMultilevel"/>
    <w:tmpl w:val="36E0A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687311"/>
    <w:multiLevelType w:val="hybridMultilevel"/>
    <w:tmpl w:val="54409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1C0E75"/>
    <w:multiLevelType w:val="multilevel"/>
    <w:tmpl w:val="AB460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0B66371"/>
    <w:multiLevelType w:val="multilevel"/>
    <w:tmpl w:val="84C4D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F6758D"/>
    <w:multiLevelType w:val="multilevel"/>
    <w:tmpl w:val="DF38E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491DF3"/>
    <w:multiLevelType w:val="multilevel"/>
    <w:tmpl w:val="6532C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143C59"/>
    <w:multiLevelType w:val="hybridMultilevel"/>
    <w:tmpl w:val="D7A0C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E20648"/>
    <w:multiLevelType w:val="hybridMultilevel"/>
    <w:tmpl w:val="95F0A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A10888"/>
    <w:multiLevelType w:val="multilevel"/>
    <w:tmpl w:val="0C4C3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4E5AFE"/>
    <w:multiLevelType w:val="multilevel"/>
    <w:tmpl w:val="3B64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7E149BD"/>
    <w:multiLevelType w:val="multilevel"/>
    <w:tmpl w:val="25048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496BE2"/>
    <w:multiLevelType w:val="hybridMultilevel"/>
    <w:tmpl w:val="1FEAA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A5732E"/>
    <w:multiLevelType w:val="hybridMultilevel"/>
    <w:tmpl w:val="071C3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0955E4"/>
    <w:multiLevelType w:val="hybridMultilevel"/>
    <w:tmpl w:val="CBFE6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BA6B9F"/>
    <w:multiLevelType w:val="multilevel"/>
    <w:tmpl w:val="279A8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C2452DB"/>
    <w:multiLevelType w:val="hybridMultilevel"/>
    <w:tmpl w:val="A1420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39011B"/>
    <w:multiLevelType w:val="hybridMultilevel"/>
    <w:tmpl w:val="1ACC8D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190FCC"/>
    <w:multiLevelType w:val="multilevel"/>
    <w:tmpl w:val="4DBA2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C5316CC"/>
    <w:multiLevelType w:val="multilevel"/>
    <w:tmpl w:val="734E0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DF417C0"/>
    <w:multiLevelType w:val="multilevel"/>
    <w:tmpl w:val="8A0A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12875D2"/>
    <w:multiLevelType w:val="multilevel"/>
    <w:tmpl w:val="85DCD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5B6894"/>
    <w:multiLevelType w:val="multilevel"/>
    <w:tmpl w:val="A8787C1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3A33626"/>
    <w:multiLevelType w:val="hybridMultilevel"/>
    <w:tmpl w:val="3462D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4B4CF3"/>
    <w:multiLevelType w:val="multilevel"/>
    <w:tmpl w:val="84402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AC37BDA"/>
    <w:multiLevelType w:val="hybridMultilevel"/>
    <w:tmpl w:val="6B9A6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6D4948"/>
    <w:multiLevelType w:val="hybridMultilevel"/>
    <w:tmpl w:val="33A6B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B96285"/>
    <w:multiLevelType w:val="hybridMultilevel"/>
    <w:tmpl w:val="C3AE6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0E2332"/>
    <w:multiLevelType w:val="hybridMultilevel"/>
    <w:tmpl w:val="B41AB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1"/>
  </w:num>
  <w:num w:numId="11">
    <w:abstractNumId w:val="33"/>
  </w:num>
  <w:num w:numId="12">
    <w:abstractNumId w:val="39"/>
  </w:num>
  <w:num w:numId="13">
    <w:abstractNumId w:val="21"/>
  </w:num>
  <w:num w:numId="14">
    <w:abstractNumId w:val="35"/>
  </w:num>
  <w:num w:numId="15">
    <w:abstractNumId w:val="30"/>
  </w:num>
  <w:num w:numId="16">
    <w:abstractNumId w:val="12"/>
  </w:num>
  <w:num w:numId="17">
    <w:abstractNumId w:val="25"/>
  </w:num>
  <w:num w:numId="18">
    <w:abstractNumId w:val="13"/>
  </w:num>
  <w:num w:numId="19">
    <w:abstractNumId w:val="24"/>
  </w:num>
  <w:num w:numId="20">
    <w:abstractNumId w:val="26"/>
  </w:num>
  <w:num w:numId="21">
    <w:abstractNumId w:val="15"/>
  </w:num>
  <w:num w:numId="22">
    <w:abstractNumId w:val="19"/>
  </w:num>
  <w:num w:numId="23">
    <w:abstractNumId w:val="20"/>
  </w:num>
  <w:num w:numId="24">
    <w:abstractNumId w:val="37"/>
  </w:num>
  <w:num w:numId="25">
    <w:abstractNumId w:val="18"/>
  </w:num>
  <w:num w:numId="26">
    <w:abstractNumId w:val="34"/>
  </w:num>
  <w:num w:numId="27">
    <w:abstractNumId w:val="36"/>
  </w:num>
  <w:num w:numId="28">
    <w:abstractNumId w:val="29"/>
  </w:num>
  <w:num w:numId="29">
    <w:abstractNumId w:val="42"/>
  </w:num>
  <w:num w:numId="30">
    <w:abstractNumId w:val="27"/>
  </w:num>
  <w:num w:numId="31">
    <w:abstractNumId w:val="43"/>
  </w:num>
  <w:num w:numId="32">
    <w:abstractNumId w:val="16"/>
  </w:num>
  <w:num w:numId="33">
    <w:abstractNumId w:val="10"/>
  </w:num>
  <w:num w:numId="34">
    <w:abstractNumId w:val="22"/>
  </w:num>
  <w:num w:numId="35">
    <w:abstractNumId w:val="40"/>
  </w:num>
  <w:num w:numId="36">
    <w:abstractNumId w:val="38"/>
  </w:num>
  <w:num w:numId="37">
    <w:abstractNumId w:val="23"/>
  </w:num>
  <w:num w:numId="38">
    <w:abstractNumId w:val="17"/>
  </w:num>
  <w:num w:numId="39">
    <w:abstractNumId w:val="14"/>
  </w:num>
  <w:num w:numId="40">
    <w:abstractNumId w:val="41"/>
  </w:num>
  <w:num w:numId="41">
    <w:abstractNumId w:val="28"/>
  </w:num>
  <w:num w:numId="42">
    <w:abstractNumId w:val="32"/>
  </w:num>
  <w:num w:numId="43">
    <w:abstractNumId w:val="31"/>
  </w:num>
  <w:num w:numId="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F9A"/>
    <w:rsid w:val="00020636"/>
    <w:rsid w:val="0002453C"/>
    <w:rsid w:val="000248AC"/>
    <w:rsid w:val="0003398C"/>
    <w:rsid w:val="00033D0A"/>
    <w:rsid w:val="00034616"/>
    <w:rsid w:val="00040AFF"/>
    <w:rsid w:val="00045A34"/>
    <w:rsid w:val="00047568"/>
    <w:rsid w:val="000526DB"/>
    <w:rsid w:val="00054350"/>
    <w:rsid w:val="000565CE"/>
    <w:rsid w:val="0006063C"/>
    <w:rsid w:val="00060F8C"/>
    <w:rsid w:val="00071B07"/>
    <w:rsid w:val="0007264C"/>
    <w:rsid w:val="00075851"/>
    <w:rsid w:val="000776C2"/>
    <w:rsid w:val="00087F3A"/>
    <w:rsid w:val="00091FDD"/>
    <w:rsid w:val="000A0BF5"/>
    <w:rsid w:val="000B604D"/>
    <w:rsid w:val="000D393F"/>
    <w:rsid w:val="000D6101"/>
    <w:rsid w:val="000D7A7F"/>
    <w:rsid w:val="000E0EAC"/>
    <w:rsid w:val="000E22A2"/>
    <w:rsid w:val="000E7595"/>
    <w:rsid w:val="000F111A"/>
    <w:rsid w:val="000F3517"/>
    <w:rsid w:val="000F45E9"/>
    <w:rsid w:val="000F62E4"/>
    <w:rsid w:val="001012D7"/>
    <w:rsid w:val="00103B98"/>
    <w:rsid w:val="001057C4"/>
    <w:rsid w:val="00113F0B"/>
    <w:rsid w:val="00125268"/>
    <w:rsid w:val="00126836"/>
    <w:rsid w:val="00132FB0"/>
    <w:rsid w:val="0013380E"/>
    <w:rsid w:val="0013469D"/>
    <w:rsid w:val="00142418"/>
    <w:rsid w:val="00143768"/>
    <w:rsid w:val="0015074B"/>
    <w:rsid w:val="00150E59"/>
    <w:rsid w:val="00160FD1"/>
    <w:rsid w:val="0017287C"/>
    <w:rsid w:val="00184272"/>
    <w:rsid w:val="00184BFF"/>
    <w:rsid w:val="0018543F"/>
    <w:rsid w:val="00190932"/>
    <w:rsid w:val="0019545F"/>
    <w:rsid w:val="00196F6B"/>
    <w:rsid w:val="001A6234"/>
    <w:rsid w:val="001A685E"/>
    <w:rsid w:val="001B4FE0"/>
    <w:rsid w:val="001B6E5D"/>
    <w:rsid w:val="001C1C68"/>
    <w:rsid w:val="001E142C"/>
    <w:rsid w:val="001E40F4"/>
    <w:rsid w:val="001E7224"/>
    <w:rsid w:val="001F5D2D"/>
    <w:rsid w:val="0020785C"/>
    <w:rsid w:val="002120AA"/>
    <w:rsid w:val="002171BF"/>
    <w:rsid w:val="00222A5C"/>
    <w:rsid w:val="00225CCB"/>
    <w:rsid w:val="00231D6C"/>
    <w:rsid w:val="00232403"/>
    <w:rsid w:val="00232B54"/>
    <w:rsid w:val="00234888"/>
    <w:rsid w:val="002532D9"/>
    <w:rsid w:val="00255DCF"/>
    <w:rsid w:val="00262F65"/>
    <w:rsid w:val="00263200"/>
    <w:rsid w:val="0027119C"/>
    <w:rsid w:val="00271CCB"/>
    <w:rsid w:val="00271F9E"/>
    <w:rsid w:val="002753F9"/>
    <w:rsid w:val="00280A0D"/>
    <w:rsid w:val="00285D7A"/>
    <w:rsid w:val="0029639D"/>
    <w:rsid w:val="002A0785"/>
    <w:rsid w:val="002B0083"/>
    <w:rsid w:val="002C02CD"/>
    <w:rsid w:val="002C0D8A"/>
    <w:rsid w:val="002D11A6"/>
    <w:rsid w:val="002D1FC7"/>
    <w:rsid w:val="002E59A7"/>
    <w:rsid w:val="002E6E85"/>
    <w:rsid w:val="00302148"/>
    <w:rsid w:val="00304578"/>
    <w:rsid w:val="00321D3C"/>
    <w:rsid w:val="00326F90"/>
    <w:rsid w:val="00335558"/>
    <w:rsid w:val="00347314"/>
    <w:rsid w:val="0035234F"/>
    <w:rsid w:val="00372043"/>
    <w:rsid w:val="00376DE5"/>
    <w:rsid w:val="00381251"/>
    <w:rsid w:val="00391473"/>
    <w:rsid w:val="00395EA6"/>
    <w:rsid w:val="0039792A"/>
    <w:rsid w:val="003A09F6"/>
    <w:rsid w:val="003A1BC2"/>
    <w:rsid w:val="003B628A"/>
    <w:rsid w:val="003C4908"/>
    <w:rsid w:val="003D5B95"/>
    <w:rsid w:val="003E057F"/>
    <w:rsid w:val="003E3C90"/>
    <w:rsid w:val="00413568"/>
    <w:rsid w:val="00432B30"/>
    <w:rsid w:val="0046693B"/>
    <w:rsid w:val="00471A50"/>
    <w:rsid w:val="00481680"/>
    <w:rsid w:val="00484332"/>
    <w:rsid w:val="00486398"/>
    <w:rsid w:val="0049185F"/>
    <w:rsid w:val="0049370C"/>
    <w:rsid w:val="00494904"/>
    <w:rsid w:val="004A4B26"/>
    <w:rsid w:val="004A6319"/>
    <w:rsid w:val="004B3540"/>
    <w:rsid w:val="004C2450"/>
    <w:rsid w:val="004D08F8"/>
    <w:rsid w:val="004F07BB"/>
    <w:rsid w:val="004F0F38"/>
    <w:rsid w:val="0051245C"/>
    <w:rsid w:val="00515103"/>
    <w:rsid w:val="0052436B"/>
    <w:rsid w:val="00525280"/>
    <w:rsid w:val="005277D9"/>
    <w:rsid w:val="00543F5A"/>
    <w:rsid w:val="00550BC6"/>
    <w:rsid w:val="00554377"/>
    <w:rsid w:val="005570DA"/>
    <w:rsid w:val="00560C23"/>
    <w:rsid w:val="00564455"/>
    <w:rsid w:val="00567D5F"/>
    <w:rsid w:val="00567E3A"/>
    <w:rsid w:val="00575522"/>
    <w:rsid w:val="005779ED"/>
    <w:rsid w:val="005808BB"/>
    <w:rsid w:val="00592F61"/>
    <w:rsid w:val="00597D7B"/>
    <w:rsid w:val="005A187F"/>
    <w:rsid w:val="005C1EF5"/>
    <w:rsid w:val="005F53DD"/>
    <w:rsid w:val="0060732E"/>
    <w:rsid w:val="00613C9D"/>
    <w:rsid w:val="00617938"/>
    <w:rsid w:val="00625DE1"/>
    <w:rsid w:val="00627275"/>
    <w:rsid w:val="006272E6"/>
    <w:rsid w:val="00637089"/>
    <w:rsid w:val="006374C0"/>
    <w:rsid w:val="00643938"/>
    <w:rsid w:val="00643D7C"/>
    <w:rsid w:val="00656910"/>
    <w:rsid w:val="006668E6"/>
    <w:rsid w:val="00671E08"/>
    <w:rsid w:val="006759D1"/>
    <w:rsid w:val="00683135"/>
    <w:rsid w:val="0069610C"/>
    <w:rsid w:val="006A45CE"/>
    <w:rsid w:val="006A4EAA"/>
    <w:rsid w:val="006A69FC"/>
    <w:rsid w:val="006B2ED4"/>
    <w:rsid w:val="006C07DB"/>
    <w:rsid w:val="006C32B3"/>
    <w:rsid w:val="006C61F5"/>
    <w:rsid w:val="006D0698"/>
    <w:rsid w:val="006D1F20"/>
    <w:rsid w:val="006D59BB"/>
    <w:rsid w:val="006E0713"/>
    <w:rsid w:val="006E0783"/>
    <w:rsid w:val="006E5D5C"/>
    <w:rsid w:val="0070241B"/>
    <w:rsid w:val="007117AE"/>
    <w:rsid w:val="0071387A"/>
    <w:rsid w:val="007150D6"/>
    <w:rsid w:val="00717F40"/>
    <w:rsid w:val="007359CC"/>
    <w:rsid w:val="00740D24"/>
    <w:rsid w:val="007413FD"/>
    <w:rsid w:val="00744711"/>
    <w:rsid w:val="00746669"/>
    <w:rsid w:val="0075619C"/>
    <w:rsid w:val="00772146"/>
    <w:rsid w:val="00775EFD"/>
    <w:rsid w:val="00782A70"/>
    <w:rsid w:val="00787BF9"/>
    <w:rsid w:val="00791E16"/>
    <w:rsid w:val="007A43F9"/>
    <w:rsid w:val="007A48F7"/>
    <w:rsid w:val="007B24F6"/>
    <w:rsid w:val="007B56D6"/>
    <w:rsid w:val="007B799A"/>
    <w:rsid w:val="007C28AF"/>
    <w:rsid w:val="007C4EC0"/>
    <w:rsid w:val="007D7856"/>
    <w:rsid w:val="007E0727"/>
    <w:rsid w:val="007F017A"/>
    <w:rsid w:val="008375DE"/>
    <w:rsid w:val="00847E10"/>
    <w:rsid w:val="0085614A"/>
    <w:rsid w:val="00857935"/>
    <w:rsid w:val="00857944"/>
    <w:rsid w:val="00867A26"/>
    <w:rsid w:val="00876029"/>
    <w:rsid w:val="008860A2"/>
    <w:rsid w:val="00890D2E"/>
    <w:rsid w:val="008931A8"/>
    <w:rsid w:val="00895068"/>
    <w:rsid w:val="008A6A00"/>
    <w:rsid w:val="008A6B63"/>
    <w:rsid w:val="008B0743"/>
    <w:rsid w:val="008D0337"/>
    <w:rsid w:val="008D4085"/>
    <w:rsid w:val="008E1B7E"/>
    <w:rsid w:val="008E34A3"/>
    <w:rsid w:val="008F7975"/>
    <w:rsid w:val="00901C3B"/>
    <w:rsid w:val="00902238"/>
    <w:rsid w:val="00903B25"/>
    <w:rsid w:val="00912251"/>
    <w:rsid w:val="009144C5"/>
    <w:rsid w:val="00921181"/>
    <w:rsid w:val="009211D2"/>
    <w:rsid w:val="00924894"/>
    <w:rsid w:val="009374F6"/>
    <w:rsid w:val="0094020C"/>
    <w:rsid w:val="0094231B"/>
    <w:rsid w:val="00942C46"/>
    <w:rsid w:val="0094316E"/>
    <w:rsid w:val="009528F6"/>
    <w:rsid w:val="009531F1"/>
    <w:rsid w:val="00956DFC"/>
    <w:rsid w:val="00961960"/>
    <w:rsid w:val="009729A0"/>
    <w:rsid w:val="00973AF3"/>
    <w:rsid w:val="00976D49"/>
    <w:rsid w:val="0097777E"/>
    <w:rsid w:val="00981EFF"/>
    <w:rsid w:val="009917B3"/>
    <w:rsid w:val="009938CC"/>
    <w:rsid w:val="009A03D6"/>
    <w:rsid w:val="009A666D"/>
    <w:rsid w:val="009C7E1B"/>
    <w:rsid w:val="009D43F2"/>
    <w:rsid w:val="009D48EE"/>
    <w:rsid w:val="009E01D2"/>
    <w:rsid w:val="00A00A6D"/>
    <w:rsid w:val="00A00E9C"/>
    <w:rsid w:val="00A07280"/>
    <w:rsid w:val="00A1296A"/>
    <w:rsid w:val="00A129A5"/>
    <w:rsid w:val="00A2026E"/>
    <w:rsid w:val="00A24FB0"/>
    <w:rsid w:val="00A35D64"/>
    <w:rsid w:val="00A40961"/>
    <w:rsid w:val="00A52446"/>
    <w:rsid w:val="00A63A08"/>
    <w:rsid w:val="00A67497"/>
    <w:rsid w:val="00A77992"/>
    <w:rsid w:val="00A87A80"/>
    <w:rsid w:val="00A92211"/>
    <w:rsid w:val="00AA138E"/>
    <w:rsid w:val="00AA1D8D"/>
    <w:rsid w:val="00AA5F2F"/>
    <w:rsid w:val="00AB6047"/>
    <w:rsid w:val="00AB7841"/>
    <w:rsid w:val="00AD1DDA"/>
    <w:rsid w:val="00AD632C"/>
    <w:rsid w:val="00AE1D5C"/>
    <w:rsid w:val="00AF43CC"/>
    <w:rsid w:val="00AF49EF"/>
    <w:rsid w:val="00B17319"/>
    <w:rsid w:val="00B33189"/>
    <w:rsid w:val="00B33C82"/>
    <w:rsid w:val="00B33E67"/>
    <w:rsid w:val="00B360EA"/>
    <w:rsid w:val="00B47730"/>
    <w:rsid w:val="00B50E41"/>
    <w:rsid w:val="00B72A81"/>
    <w:rsid w:val="00B84959"/>
    <w:rsid w:val="00B9346B"/>
    <w:rsid w:val="00BA489F"/>
    <w:rsid w:val="00BA53E9"/>
    <w:rsid w:val="00BC505A"/>
    <w:rsid w:val="00BC665F"/>
    <w:rsid w:val="00BD145F"/>
    <w:rsid w:val="00BD53EF"/>
    <w:rsid w:val="00BD6473"/>
    <w:rsid w:val="00BD7145"/>
    <w:rsid w:val="00BE78D6"/>
    <w:rsid w:val="00C12FCE"/>
    <w:rsid w:val="00C24299"/>
    <w:rsid w:val="00C27887"/>
    <w:rsid w:val="00C3694E"/>
    <w:rsid w:val="00C37634"/>
    <w:rsid w:val="00C42FAE"/>
    <w:rsid w:val="00C45EC6"/>
    <w:rsid w:val="00C47509"/>
    <w:rsid w:val="00C61AAD"/>
    <w:rsid w:val="00C67B19"/>
    <w:rsid w:val="00C7521F"/>
    <w:rsid w:val="00C77FB2"/>
    <w:rsid w:val="00C9400F"/>
    <w:rsid w:val="00CA0142"/>
    <w:rsid w:val="00CA31CF"/>
    <w:rsid w:val="00CA3CD0"/>
    <w:rsid w:val="00CB0664"/>
    <w:rsid w:val="00CB0E89"/>
    <w:rsid w:val="00CE10EC"/>
    <w:rsid w:val="00CE2C9C"/>
    <w:rsid w:val="00D03B29"/>
    <w:rsid w:val="00D20FE2"/>
    <w:rsid w:val="00D27636"/>
    <w:rsid w:val="00D35EEA"/>
    <w:rsid w:val="00D43DC7"/>
    <w:rsid w:val="00D62CC3"/>
    <w:rsid w:val="00D752C4"/>
    <w:rsid w:val="00D845BD"/>
    <w:rsid w:val="00D95CBF"/>
    <w:rsid w:val="00DA6640"/>
    <w:rsid w:val="00DB3DA0"/>
    <w:rsid w:val="00DB48F0"/>
    <w:rsid w:val="00DC2EC1"/>
    <w:rsid w:val="00DC3D8B"/>
    <w:rsid w:val="00DE0552"/>
    <w:rsid w:val="00DE46E2"/>
    <w:rsid w:val="00DF082F"/>
    <w:rsid w:val="00DF236B"/>
    <w:rsid w:val="00DF3976"/>
    <w:rsid w:val="00DF74A6"/>
    <w:rsid w:val="00E13932"/>
    <w:rsid w:val="00E25AC7"/>
    <w:rsid w:val="00E27E73"/>
    <w:rsid w:val="00E37485"/>
    <w:rsid w:val="00E50D72"/>
    <w:rsid w:val="00E54AE7"/>
    <w:rsid w:val="00E62103"/>
    <w:rsid w:val="00E70587"/>
    <w:rsid w:val="00E7746F"/>
    <w:rsid w:val="00E82329"/>
    <w:rsid w:val="00E83AF3"/>
    <w:rsid w:val="00E86C42"/>
    <w:rsid w:val="00EA3A8E"/>
    <w:rsid w:val="00EB1F58"/>
    <w:rsid w:val="00EB2534"/>
    <w:rsid w:val="00EB3C8E"/>
    <w:rsid w:val="00EB4851"/>
    <w:rsid w:val="00EC54EB"/>
    <w:rsid w:val="00EC5F4A"/>
    <w:rsid w:val="00EC6FA5"/>
    <w:rsid w:val="00ED0DE6"/>
    <w:rsid w:val="00EF141A"/>
    <w:rsid w:val="00F058F2"/>
    <w:rsid w:val="00F26683"/>
    <w:rsid w:val="00F35068"/>
    <w:rsid w:val="00F4796F"/>
    <w:rsid w:val="00F52B1D"/>
    <w:rsid w:val="00F70896"/>
    <w:rsid w:val="00F94E21"/>
    <w:rsid w:val="00F97988"/>
    <w:rsid w:val="00FA0D91"/>
    <w:rsid w:val="00FA2AF4"/>
    <w:rsid w:val="00FA2D2F"/>
    <w:rsid w:val="00FC49AC"/>
    <w:rsid w:val="00FC693F"/>
    <w:rsid w:val="00FC7FC3"/>
    <w:rsid w:val="00FD3D90"/>
    <w:rsid w:val="00FD4800"/>
    <w:rsid w:val="00FD728F"/>
    <w:rsid w:val="00FE117C"/>
    <w:rsid w:val="00FE6755"/>
    <w:rsid w:val="00FE6D8B"/>
    <w:rsid w:val="00FF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E7BD156"/>
  <w14:defaultImageDpi w14:val="300"/>
  <w15:docId w15:val="{6EB6D14B-D2D4-4679-87E2-C20A79DF5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90" w:lineRule="auto"/>
      <w:ind w:left="540" w:hanging="279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80" w:line="290" w:lineRule="auto"/>
      <w:ind w:left="900" w:hanging="279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90" w:lineRule="auto"/>
      <w:ind w:left="540" w:hanging="279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sselectedend">
    <w:name w:val="isselectedend"/>
    <w:basedOn w:val="Normal"/>
    <w:rsid w:val="00D43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D43D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F52B1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52B1D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F52B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2C4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409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09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40961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09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0961"/>
    <w:rPr>
      <w:rFonts w:ascii="Calibri" w:hAnsi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09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961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F35068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C61F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C61F5"/>
    <w:rPr>
      <w:rFonts w:ascii="Calibri" w:hAnsi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C61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91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752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50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440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00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0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7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8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43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8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5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2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31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1067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73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54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04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57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71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81BFD84-536E-4110-B2C2-70AC5DDEC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809</TotalTime>
  <Pages>5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Nacrt javnog poziva - finansijska podrška za BPP</vt:lpstr>
    </vt:vector>
  </TitlesOfParts>
  <Manager/>
  <Company/>
  <LinksUpToDate>false</LinksUpToDate>
  <CharactersWithSpaces>4302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Nacrt javnog poziva - finansijska podrška za BPP</dc:title>
  <dc:subject>Aktivnost A4.1 - Defending Justice: Access to Legal Aid for All</dc:subject>
  <dc:creator>Komitet pravnika za ljudska prava - YUCOM</dc:creator>
  <cp:keywords>besplatna pravna pomoć, grantovi, A4.1, Evropska unija</cp:keywords>
  <dc:description>generated by python-docx</dc:description>
  <cp:lastModifiedBy>Momcilo</cp:lastModifiedBy>
  <cp:revision>443</cp:revision>
  <dcterms:created xsi:type="dcterms:W3CDTF">2013-12-23T23:15:00Z</dcterms:created>
  <dcterms:modified xsi:type="dcterms:W3CDTF">2026-09-01T12:57:00Z</dcterms:modified>
  <cp:category/>
</cp:coreProperties>
</file>