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9DA7F8" w14:textId="77777777" w:rsidR="00F65421" w:rsidRDefault="00F65421" w:rsidP="00FF0A01">
      <w:pPr>
        <w:jc w:val="center"/>
        <w:rPr>
          <w:rFonts w:ascii="Gill Sans" w:hAnsi="Gill Sans" w:hint="eastAsia"/>
          <w:b/>
          <w:sz w:val="24"/>
          <w:szCs w:val="24"/>
          <w:lang w:val="sr-Latn-RS"/>
        </w:rPr>
      </w:pPr>
    </w:p>
    <w:p w14:paraId="7FDEE375" w14:textId="2741B395" w:rsidR="00D62CC3" w:rsidRDefault="00F214CB" w:rsidP="00FF0A01">
      <w:pPr>
        <w:jc w:val="center"/>
        <w:rPr>
          <w:rFonts w:ascii="Gill Sans" w:hAnsi="Gill Sans" w:hint="eastAsia"/>
          <w:b/>
          <w:sz w:val="24"/>
          <w:szCs w:val="24"/>
          <w:lang w:val="sr-Latn-RS"/>
        </w:rPr>
      </w:pPr>
      <w:r w:rsidRPr="00F214CB">
        <w:rPr>
          <w:rFonts w:ascii="Gill Sans" w:hAnsi="Gill Sans"/>
          <w:b/>
          <w:sz w:val="24"/>
          <w:szCs w:val="24"/>
          <w:lang w:val="sr-Latn-RS"/>
        </w:rPr>
        <w:t>KONTROLNA LISTA ZA PODNOŠENJE PRIJAVE</w:t>
      </w:r>
    </w:p>
    <w:p w14:paraId="1E93107B" w14:textId="77777777" w:rsidR="00F65421" w:rsidRPr="00F214CB" w:rsidRDefault="00F65421" w:rsidP="00FF0A01">
      <w:pPr>
        <w:jc w:val="center"/>
        <w:rPr>
          <w:rFonts w:ascii="Gill Sans" w:hAnsi="Gill Sans" w:hint="eastAsia"/>
          <w:b/>
          <w:sz w:val="24"/>
          <w:szCs w:val="24"/>
          <w:lang w:val="sr-Latn-RS"/>
        </w:rPr>
      </w:pPr>
    </w:p>
    <w:p w14:paraId="73508075" w14:textId="26FF97A0" w:rsidR="00F214CB" w:rsidRPr="00F214CB" w:rsidRDefault="00F214CB" w:rsidP="00FF0A01">
      <w:pPr>
        <w:rPr>
          <w:rFonts w:ascii="Gill Sans" w:hAnsi="Gill Sans" w:hint="eastAsia"/>
          <w:sz w:val="24"/>
          <w:szCs w:val="24"/>
          <w:lang w:val="sr-Latn-RS"/>
        </w:rPr>
      </w:pPr>
      <w:r w:rsidRPr="00F214CB">
        <w:rPr>
          <w:rFonts w:ascii="Gill Sans" w:hAnsi="Gill Sans"/>
          <w:sz w:val="24"/>
          <w:szCs w:val="24"/>
          <w:lang w:val="sr-Latn-RS"/>
        </w:rPr>
        <w:t>Pre podnošenja prijave, proverite da li su ispunjeni svi dole navedeni zahtevi.</w:t>
      </w:r>
    </w:p>
    <w:tbl>
      <w:tblPr>
        <w:tblStyle w:val="TableGrid"/>
        <w:tblW w:w="10440" w:type="dxa"/>
        <w:tblInd w:w="-522" w:type="dxa"/>
        <w:tblLook w:val="04A0" w:firstRow="1" w:lastRow="0" w:firstColumn="1" w:lastColumn="0" w:noHBand="0" w:noVBand="1"/>
      </w:tblPr>
      <w:tblGrid>
        <w:gridCol w:w="648"/>
        <w:gridCol w:w="8532"/>
        <w:gridCol w:w="1260"/>
      </w:tblGrid>
      <w:tr w:rsidR="00F65421" w:rsidRPr="00DB5192" w14:paraId="6A2EE5E4" w14:textId="77777777" w:rsidTr="00F65421">
        <w:trPr>
          <w:trHeight w:val="332"/>
        </w:trPr>
        <w:tc>
          <w:tcPr>
            <w:tcW w:w="648" w:type="dxa"/>
            <w:vAlign w:val="center"/>
          </w:tcPr>
          <w:p w14:paraId="3A5CF1E1" w14:textId="3BBE94B2" w:rsidR="00F65421" w:rsidRPr="00DB5192" w:rsidRDefault="00F65421" w:rsidP="003E4342">
            <w:pPr>
              <w:jc w:val="center"/>
              <w:rPr>
                <w:rFonts w:ascii="Gill Sans" w:hAnsi="Gill Sans" w:hint="eastAsia"/>
                <w:b/>
                <w:lang w:val="sr-Latn-RS"/>
              </w:rPr>
            </w:pPr>
            <w:r w:rsidRPr="00DB5192">
              <w:rPr>
                <w:rFonts w:ascii="Gill Sans" w:hAnsi="Gill Sans"/>
                <w:b/>
                <w:lang w:val="sr-Latn-RS"/>
              </w:rPr>
              <w:t>Br.</w:t>
            </w:r>
          </w:p>
        </w:tc>
        <w:tc>
          <w:tcPr>
            <w:tcW w:w="8532" w:type="dxa"/>
            <w:vAlign w:val="center"/>
          </w:tcPr>
          <w:p w14:paraId="1AB8192F" w14:textId="6167C648" w:rsidR="00F65421" w:rsidRPr="00DB5192" w:rsidRDefault="00F65421" w:rsidP="003E4342">
            <w:pPr>
              <w:jc w:val="center"/>
              <w:rPr>
                <w:rFonts w:ascii="Gill Sans" w:hAnsi="Gill Sans" w:hint="eastAsia"/>
                <w:b/>
                <w:lang w:val="sr-Latn-RS"/>
              </w:rPr>
            </w:pPr>
            <w:r w:rsidRPr="00DB5192">
              <w:rPr>
                <w:rFonts w:ascii="Gill Sans" w:hAnsi="Gill Sans"/>
                <w:b/>
                <w:lang w:val="sr-Latn-RS"/>
              </w:rPr>
              <w:t>Provera</w:t>
            </w:r>
          </w:p>
        </w:tc>
        <w:tc>
          <w:tcPr>
            <w:tcW w:w="1260" w:type="dxa"/>
            <w:vAlign w:val="center"/>
          </w:tcPr>
          <w:p w14:paraId="23AAEEC0" w14:textId="20D069D9" w:rsidR="00F65421" w:rsidRPr="00DB5192" w:rsidRDefault="00F65421" w:rsidP="003E4342">
            <w:pPr>
              <w:jc w:val="center"/>
              <w:rPr>
                <w:rFonts w:ascii="Gill Sans" w:hAnsi="Gill Sans" w:hint="eastAsia"/>
                <w:b/>
                <w:lang w:val="sr-Latn-RS"/>
              </w:rPr>
            </w:pPr>
            <w:r w:rsidRPr="00DB5192">
              <w:rPr>
                <w:rFonts w:ascii="Gill Sans" w:hAnsi="Gill Sans"/>
                <w:b/>
                <w:lang w:val="sr-Latn-RS"/>
              </w:rPr>
              <w:t>DA</w:t>
            </w:r>
            <w:r>
              <w:rPr>
                <w:rFonts w:ascii="Gill Sans" w:hAnsi="Gill Sans"/>
                <w:b/>
                <w:lang w:val="sr-Latn-RS"/>
              </w:rPr>
              <w:t xml:space="preserve"> / NE</w:t>
            </w:r>
          </w:p>
        </w:tc>
      </w:tr>
      <w:tr w:rsidR="00F65421" w:rsidRPr="00DB5192" w14:paraId="48F63E0F" w14:textId="77777777" w:rsidTr="00F65421">
        <w:tc>
          <w:tcPr>
            <w:tcW w:w="648" w:type="dxa"/>
          </w:tcPr>
          <w:p w14:paraId="24363EF6" w14:textId="5429F959" w:rsidR="00F65421" w:rsidRPr="00DB5192" w:rsidRDefault="00F65421" w:rsidP="00DB5192">
            <w:pPr>
              <w:jc w:val="center"/>
              <w:rPr>
                <w:rFonts w:ascii="Gill Sans" w:hAnsi="Gill Sans" w:hint="eastAsia"/>
                <w:lang w:val="sr-Latn-RS"/>
              </w:rPr>
            </w:pPr>
            <w:r w:rsidRPr="00DB5192">
              <w:rPr>
                <w:rFonts w:ascii="Gill Sans" w:hAnsi="Gill Sans"/>
                <w:lang w:val="sr-Latn-RS"/>
              </w:rPr>
              <w:t>1.</w:t>
            </w:r>
          </w:p>
        </w:tc>
        <w:tc>
          <w:tcPr>
            <w:tcW w:w="8532" w:type="dxa"/>
            <w:vAlign w:val="center"/>
          </w:tcPr>
          <w:p w14:paraId="501A22C2" w14:textId="5FE03629" w:rsidR="00F65421" w:rsidRPr="00DB5192" w:rsidRDefault="00F65421" w:rsidP="00DB5192">
            <w:pPr>
              <w:rPr>
                <w:rFonts w:ascii="Gill Sans" w:hAnsi="Gill Sans" w:hint="eastAsia"/>
                <w:lang w:val="sr-Latn-RS"/>
              </w:rPr>
            </w:pPr>
            <w:r w:rsidRPr="00DB5192">
              <w:rPr>
                <w:rFonts w:ascii="Gill Sans" w:hAnsi="Gill Sans"/>
                <w:lang w:val="sr-Latn-RS"/>
              </w:rPr>
              <w:t>Prijavni formular (Prilog 1) je u potpunosti popunjen.</w:t>
            </w:r>
          </w:p>
        </w:tc>
        <w:tc>
          <w:tcPr>
            <w:tcW w:w="1260" w:type="dxa"/>
          </w:tcPr>
          <w:p w14:paraId="15B43995" w14:textId="77777777" w:rsidR="00F65421" w:rsidRPr="00DB5192" w:rsidRDefault="00F65421" w:rsidP="00DB5192">
            <w:pPr>
              <w:rPr>
                <w:rFonts w:ascii="Gill Sans" w:hAnsi="Gill Sans" w:hint="eastAsia"/>
                <w:lang w:val="sr-Latn-RS"/>
              </w:rPr>
            </w:pPr>
          </w:p>
        </w:tc>
      </w:tr>
      <w:tr w:rsidR="00F65421" w:rsidRPr="00DB5192" w14:paraId="0C841C20" w14:textId="77777777" w:rsidTr="00F65421">
        <w:tc>
          <w:tcPr>
            <w:tcW w:w="648" w:type="dxa"/>
          </w:tcPr>
          <w:p w14:paraId="29B7A0B7" w14:textId="23F6F537" w:rsidR="00F65421" w:rsidRPr="00DB5192" w:rsidRDefault="00F65421" w:rsidP="00DB5192">
            <w:pPr>
              <w:jc w:val="center"/>
              <w:rPr>
                <w:rFonts w:ascii="Gill Sans" w:hAnsi="Gill Sans" w:hint="eastAsia"/>
                <w:lang w:val="sr-Latn-RS"/>
              </w:rPr>
            </w:pPr>
            <w:r w:rsidRPr="00DB5192">
              <w:rPr>
                <w:rFonts w:ascii="Gill Sans" w:hAnsi="Gill Sans"/>
                <w:lang w:val="sr-Latn-RS"/>
              </w:rPr>
              <w:t>2.</w:t>
            </w:r>
          </w:p>
        </w:tc>
        <w:tc>
          <w:tcPr>
            <w:tcW w:w="8532" w:type="dxa"/>
            <w:vAlign w:val="center"/>
          </w:tcPr>
          <w:p w14:paraId="049D491A" w14:textId="378AAE31" w:rsidR="00F65421" w:rsidRPr="00DB5192" w:rsidRDefault="00F65421" w:rsidP="00DB5192">
            <w:pPr>
              <w:rPr>
                <w:rFonts w:ascii="Gill Sans" w:hAnsi="Gill Sans" w:hint="eastAsia"/>
                <w:lang w:val="sr-Latn-RS"/>
              </w:rPr>
            </w:pPr>
            <w:r w:rsidRPr="00DB5192">
              <w:rPr>
                <w:rFonts w:ascii="Gill Sans" w:hAnsi="Gill Sans"/>
                <w:lang w:val="sr-Latn-RS"/>
              </w:rPr>
              <w:t>Prijavni formular je popunjen na srpskom jeziku i poštovana su ograničenja broja reči.</w:t>
            </w:r>
          </w:p>
        </w:tc>
        <w:tc>
          <w:tcPr>
            <w:tcW w:w="1260" w:type="dxa"/>
          </w:tcPr>
          <w:p w14:paraId="210A1BE6" w14:textId="77777777" w:rsidR="00F65421" w:rsidRPr="00DB5192" w:rsidRDefault="00F65421" w:rsidP="00DB5192">
            <w:pPr>
              <w:rPr>
                <w:rFonts w:ascii="Gill Sans" w:hAnsi="Gill Sans" w:hint="eastAsia"/>
                <w:lang w:val="sr-Latn-RS"/>
              </w:rPr>
            </w:pPr>
          </w:p>
        </w:tc>
      </w:tr>
      <w:tr w:rsidR="00F65421" w:rsidRPr="00DB5192" w14:paraId="065938D9" w14:textId="77777777" w:rsidTr="00F65421">
        <w:tc>
          <w:tcPr>
            <w:tcW w:w="648" w:type="dxa"/>
          </w:tcPr>
          <w:p w14:paraId="4337BBBC" w14:textId="191A608E" w:rsidR="00F65421" w:rsidRPr="00DB5192" w:rsidRDefault="00F65421" w:rsidP="00DB5192">
            <w:pPr>
              <w:jc w:val="center"/>
              <w:rPr>
                <w:rFonts w:ascii="Gill Sans" w:hAnsi="Gill Sans" w:hint="eastAsia"/>
                <w:lang w:val="sr-Latn-RS"/>
              </w:rPr>
            </w:pPr>
            <w:r w:rsidRPr="00DB5192">
              <w:rPr>
                <w:rFonts w:ascii="Gill Sans" w:hAnsi="Gill Sans"/>
                <w:lang w:val="sr-Latn-RS"/>
              </w:rPr>
              <w:t>3.</w:t>
            </w:r>
          </w:p>
        </w:tc>
        <w:tc>
          <w:tcPr>
            <w:tcW w:w="8532" w:type="dxa"/>
            <w:vAlign w:val="center"/>
          </w:tcPr>
          <w:p w14:paraId="4C29F968" w14:textId="5E496BD6" w:rsidR="00F65421" w:rsidRPr="00DB5192" w:rsidRDefault="00F65421" w:rsidP="00DB5192">
            <w:pPr>
              <w:rPr>
                <w:rFonts w:ascii="Gill Sans" w:hAnsi="Gill Sans" w:hint="eastAsia"/>
                <w:lang w:val="sr-Latn-RS"/>
              </w:rPr>
            </w:pPr>
            <w:r w:rsidRPr="00DB5192">
              <w:rPr>
                <w:rFonts w:ascii="Gill Sans" w:hAnsi="Gill Sans"/>
                <w:lang w:val="sr-Latn-RS"/>
              </w:rPr>
              <w:t>Trajanje projekta je između 8 i 12 meseci.</w:t>
            </w:r>
          </w:p>
        </w:tc>
        <w:tc>
          <w:tcPr>
            <w:tcW w:w="1260" w:type="dxa"/>
          </w:tcPr>
          <w:p w14:paraId="0151EA05" w14:textId="77777777" w:rsidR="00F65421" w:rsidRPr="00DB5192" w:rsidRDefault="00F65421" w:rsidP="00DB5192">
            <w:pPr>
              <w:rPr>
                <w:rFonts w:ascii="Gill Sans" w:hAnsi="Gill Sans" w:hint="eastAsia"/>
                <w:lang w:val="sr-Latn-RS"/>
              </w:rPr>
            </w:pPr>
          </w:p>
        </w:tc>
      </w:tr>
      <w:tr w:rsidR="00F65421" w:rsidRPr="00DB5192" w14:paraId="143E595F" w14:textId="77777777" w:rsidTr="00F65421">
        <w:tc>
          <w:tcPr>
            <w:tcW w:w="648" w:type="dxa"/>
          </w:tcPr>
          <w:p w14:paraId="27E684C5" w14:textId="213C15BB" w:rsidR="00F65421" w:rsidRPr="00DB5192" w:rsidRDefault="00F65421" w:rsidP="00DB5192">
            <w:pPr>
              <w:jc w:val="center"/>
              <w:rPr>
                <w:rFonts w:ascii="Gill Sans" w:hAnsi="Gill Sans" w:hint="eastAsia"/>
                <w:lang w:val="sr-Latn-RS"/>
              </w:rPr>
            </w:pPr>
            <w:r w:rsidRPr="00DB5192">
              <w:rPr>
                <w:rFonts w:ascii="Gill Sans" w:hAnsi="Gill Sans"/>
                <w:lang w:val="sr-Latn-RS"/>
              </w:rPr>
              <w:t>4.</w:t>
            </w:r>
          </w:p>
        </w:tc>
        <w:tc>
          <w:tcPr>
            <w:tcW w:w="8532" w:type="dxa"/>
            <w:vAlign w:val="center"/>
          </w:tcPr>
          <w:p w14:paraId="51804C49" w14:textId="41BAC902" w:rsidR="00F65421" w:rsidRPr="00DB5192" w:rsidRDefault="00F65421" w:rsidP="00DB5192">
            <w:pPr>
              <w:rPr>
                <w:rFonts w:ascii="Gill Sans" w:hAnsi="Gill Sans" w:hint="eastAsia"/>
                <w:lang w:val="sr-Latn-RS"/>
              </w:rPr>
            </w:pPr>
            <w:r w:rsidRPr="00DB5192">
              <w:rPr>
                <w:rFonts w:ascii="Gill Sans" w:hAnsi="Gill Sans"/>
                <w:lang w:val="sr-Latn-RS"/>
              </w:rPr>
              <w:t>Traženi iznos finansijske podrške je između 10.000 i 20.000 EUR.</w:t>
            </w:r>
          </w:p>
        </w:tc>
        <w:tc>
          <w:tcPr>
            <w:tcW w:w="1260" w:type="dxa"/>
          </w:tcPr>
          <w:p w14:paraId="41FB7ABD" w14:textId="77777777" w:rsidR="00F65421" w:rsidRPr="00DB5192" w:rsidRDefault="00F65421" w:rsidP="00DB5192">
            <w:pPr>
              <w:rPr>
                <w:rFonts w:ascii="Gill Sans" w:hAnsi="Gill Sans" w:hint="eastAsia"/>
                <w:lang w:val="sr-Latn-RS"/>
              </w:rPr>
            </w:pPr>
          </w:p>
        </w:tc>
      </w:tr>
      <w:tr w:rsidR="00F65421" w:rsidRPr="00DB5192" w14:paraId="02CDB21E" w14:textId="77777777" w:rsidTr="00F65421">
        <w:tc>
          <w:tcPr>
            <w:tcW w:w="648" w:type="dxa"/>
          </w:tcPr>
          <w:p w14:paraId="36F7528D" w14:textId="29B5098C" w:rsidR="00F65421" w:rsidRPr="00DB5192" w:rsidRDefault="00F65421" w:rsidP="00DB5192">
            <w:pPr>
              <w:jc w:val="center"/>
              <w:rPr>
                <w:rFonts w:ascii="Gill Sans" w:hAnsi="Gill Sans" w:hint="eastAsia"/>
                <w:lang w:val="sr-Latn-RS"/>
              </w:rPr>
            </w:pPr>
            <w:r w:rsidRPr="00DB5192">
              <w:rPr>
                <w:rFonts w:ascii="Gill Sans" w:hAnsi="Gill Sans"/>
                <w:lang w:val="sr-Latn-RS"/>
              </w:rPr>
              <w:t>5.</w:t>
            </w:r>
          </w:p>
        </w:tc>
        <w:tc>
          <w:tcPr>
            <w:tcW w:w="8532" w:type="dxa"/>
            <w:vAlign w:val="center"/>
          </w:tcPr>
          <w:p w14:paraId="4926B82C" w14:textId="35BE2A84" w:rsidR="00F65421" w:rsidRPr="00DB5192" w:rsidRDefault="00F65421" w:rsidP="00DB5192">
            <w:pPr>
              <w:rPr>
                <w:rFonts w:ascii="Gill Sans" w:hAnsi="Gill Sans" w:hint="eastAsia"/>
                <w:lang w:val="sr-Latn-RS"/>
              </w:rPr>
            </w:pPr>
            <w:r w:rsidRPr="00DB5192">
              <w:rPr>
                <w:rFonts w:ascii="Gill Sans" w:hAnsi="Gill Sans"/>
                <w:lang w:val="sr-Latn-RS"/>
              </w:rPr>
              <w:t>Popunjen je odgovarajući obrazac budžeta – Prilog 2a za organizacije civilnog društva, odnosno Prilog 2b za pravne klinike.</w:t>
            </w:r>
          </w:p>
        </w:tc>
        <w:tc>
          <w:tcPr>
            <w:tcW w:w="1260" w:type="dxa"/>
          </w:tcPr>
          <w:p w14:paraId="6D745EBA" w14:textId="77777777" w:rsidR="00F65421" w:rsidRPr="00DB5192" w:rsidRDefault="00F65421" w:rsidP="00DB5192">
            <w:pPr>
              <w:rPr>
                <w:rFonts w:ascii="Gill Sans" w:hAnsi="Gill Sans" w:hint="eastAsia"/>
                <w:lang w:val="sr-Latn-RS"/>
              </w:rPr>
            </w:pPr>
          </w:p>
        </w:tc>
      </w:tr>
      <w:tr w:rsidR="00F65421" w:rsidRPr="00DB5192" w14:paraId="40AF0D9A" w14:textId="77777777" w:rsidTr="00F65421">
        <w:tc>
          <w:tcPr>
            <w:tcW w:w="648" w:type="dxa"/>
          </w:tcPr>
          <w:p w14:paraId="2836CD2A" w14:textId="06669D81" w:rsidR="00F65421" w:rsidRPr="00DB5192" w:rsidRDefault="00F65421" w:rsidP="00DB5192">
            <w:pPr>
              <w:jc w:val="center"/>
              <w:rPr>
                <w:rFonts w:ascii="Gill Sans" w:hAnsi="Gill Sans" w:hint="eastAsia"/>
                <w:lang w:val="sr-Latn-RS"/>
              </w:rPr>
            </w:pPr>
            <w:r w:rsidRPr="00DB5192">
              <w:rPr>
                <w:rFonts w:ascii="Gill Sans" w:hAnsi="Gill Sans"/>
                <w:lang w:val="sr-Latn-RS"/>
              </w:rPr>
              <w:t>6.</w:t>
            </w:r>
          </w:p>
        </w:tc>
        <w:tc>
          <w:tcPr>
            <w:tcW w:w="8532" w:type="dxa"/>
            <w:vAlign w:val="center"/>
          </w:tcPr>
          <w:p w14:paraId="59699ACD" w14:textId="5B71ED28" w:rsidR="00F65421" w:rsidRPr="00DB5192" w:rsidRDefault="00F65421" w:rsidP="00DB5192">
            <w:pPr>
              <w:rPr>
                <w:rFonts w:ascii="Gill Sans" w:hAnsi="Gill Sans" w:hint="eastAsia"/>
                <w:lang w:val="sr-Latn-RS"/>
              </w:rPr>
            </w:pPr>
            <w:r w:rsidRPr="00DB5192">
              <w:rPr>
                <w:rFonts w:ascii="Gill Sans" w:hAnsi="Gill Sans"/>
                <w:lang w:val="sr-Latn-RS"/>
              </w:rPr>
              <w:t>Budžet je iskazan u EUR i usklađen sa aktivnostima navedenim u Prijavnom formularu.</w:t>
            </w:r>
          </w:p>
        </w:tc>
        <w:tc>
          <w:tcPr>
            <w:tcW w:w="1260" w:type="dxa"/>
          </w:tcPr>
          <w:p w14:paraId="43649373" w14:textId="77777777" w:rsidR="00F65421" w:rsidRPr="00DB5192" w:rsidRDefault="00F65421" w:rsidP="00DB5192">
            <w:pPr>
              <w:rPr>
                <w:rFonts w:ascii="Gill Sans" w:hAnsi="Gill Sans" w:hint="eastAsia"/>
                <w:lang w:val="sr-Latn-RS"/>
              </w:rPr>
            </w:pPr>
          </w:p>
        </w:tc>
      </w:tr>
      <w:tr w:rsidR="00F65421" w:rsidRPr="00DB5192" w14:paraId="3BE231DD" w14:textId="77777777" w:rsidTr="00F65421">
        <w:tc>
          <w:tcPr>
            <w:tcW w:w="648" w:type="dxa"/>
          </w:tcPr>
          <w:p w14:paraId="18AB6363" w14:textId="007ECD76" w:rsidR="00F65421" w:rsidRPr="00DB5192" w:rsidRDefault="007902A6" w:rsidP="00DB5192">
            <w:pPr>
              <w:jc w:val="center"/>
              <w:rPr>
                <w:rFonts w:ascii="Gill Sans" w:hAnsi="Gill Sans" w:hint="eastAsia"/>
                <w:lang w:val="sr-Latn-RS"/>
              </w:rPr>
            </w:pPr>
            <w:r>
              <w:rPr>
                <w:rFonts w:ascii="Gill Sans" w:hAnsi="Gill Sans"/>
                <w:lang w:val="sr-Latn-RS"/>
              </w:rPr>
              <w:t>7</w:t>
            </w:r>
            <w:r w:rsidR="00F65421" w:rsidRPr="00DB5192">
              <w:rPr>
                <w:rFonts w:ascii="Gill Sans" w:hAnsi="Gill Sans"/>
                <w:lang w:val="sr-Latn-RS"/>
              </w:rPr>
              <w:t>.</w:t>
            </w:r>
          </w:p>
        </w:tc>
        <w:tc>
          <w:tcPr>
            <w:tcW w:w="8532" w:type="dxa"/>
            <w:vAlign w:val="center"/>
          </w:tcPr>
          <w:p w14:paraId="02107C66" w14:textId="35175E8E" w:rsidR="00F65421" w:rsidRPr="00DB5192" w:rsidRDefault="00F65421" w:rsidP="00DB5192">
            <w:pPr>
              <w:rPr>
                <w:rFonts w:ascii="Gill Sans" w:hAnsi="Gill Sans" w:hint="eastAsia"/>
                <w:lang w:val="sr-Latn-RS"/>
              </w:rPr>
            </w:pPr>
            <w:r w:rsidRPr="00DB5192">
              <w:rPr>
                <w:rFonts w:ascii="Gill Sans" w:hAnsi="Gill Sans"/>
                <w:lang w:val="sr-Latn-RS"/>
              </w:rPr>
              <w:t>Izjava podno</w:t>
            </w:r>
            <w:bookmarkStart w:id="0" w:name="_GoBack"/>
            <w:bookmarkEnd w:id="0"/>
            <w:r w:rsidRPr="00DB5192">
              <w:rPr>
                <w:rFonts w:ascii="Gill Sans" w:hAnsi="Gill Sans"/>
                <w:lang w:val="sr-Latn-RS"/>
              </w:rPr>
              <w:t xml:space="preserve">sioca (Prilog </w:t>
            </w:r>
            <w:r w:rsidR="00DE20A4">
              <w:rPr>
                <w:rFonts w:ascii="Gill Sans" w:hAnsi="Gill Sans"/>
                <w:lang w:val="sr-Latn-RS"/>
              </w:rPr>
              <w:t>3</w:t>
            </w:r>
            <w:r w:rsidRPr="00DB5192">
              <w:rPr>
                <w:rFonts w:ascii="Gill Sans" w:hAnsi="Gill Sans"/>
                <w:lang w:val="sr-Latn-RS"/>
              </w:rPr>
              <w:t>) je popunjena, potpisana i overena pečatom.</w:t>
            </w:r>
          </w:p>
        </w:tc>
        <w:tc>
          <w:tcPr>
            <w:tcW w:w="1260" w:type="dxa"/>
          </w:tcPr>
          <w:p w14:paraId="4D8107B5" w14:textId="77777777" w:rsidR="00F65421" w:rsidRPr="00DB5192" w:rsidRDefault="00F65421" w:rsidP="00DB5192">
            <w:pPr>
              <w:rPr>
                <w:rFonts w:ascii="Gill Sans" w:hAnsi="Gill Sans" w:hint="eastAsia"/>
                <w:lang w:val="sr-Latn-RS"/>
              </w:rPr>
            </w:pPr>
          </w:p>
        </w:tc>
      </w:tr>
      <w:tr w:rsidR="00F65421" w:rsidRPr="00DB5192" w14:paraId="1A641094" w14:textId="77777777" w:rsidTr="00F65421">
        <w:tc>
          <w:tcPr>
            <w:tcW w:w="648" w:type="dxa"/>
          </w:tcPr>
          <w:p w14:paraId="6F9FAC52" w14:textId="69A36724" w:rsidR="00F65421" w:rsidRPr="00DB5192" w:rsidRDefault="007902A6" w:rsidP="00DB5192">
            <w:pPr>
              <w:jc w:val="center"/>
              <w:rPr>
                <w:rFonts w:ascii="Gill Sans" w:hAnsi="Gill Sans" w:hint="eastAsia"/>
                <w:lang w:val="sr-Latn-RS"/>
              </w:rPr>
            </w:pPr>
            <w:r>
              <w:rPr>
                <w:rFonts w:ascii="Gill Sans" w:hAnsi="Gill Sans"/>
                <w:lang w:val="sr-Latn-RS"/>
              </w:rPr>
              <w:t>8</w:t>
            </w:r>
            <w:r w:rsidR="00F65421" w:rsidRPr="00DB5192">
              <w:rPr>
                <w:rFonts w:ascii="Gill Sans" w:hAnsi="Gill Sans"/>
                <w:lang w:val="sr-Latn-RS"/>
              </w:rPr>
              <w:t>.</w:t>
            </w:r>
          </w:p>
        </w:tc>
        <w:tc>
          <w:tcPr>
            <w:tcW w:w="8532" w:type="dxa"/>
            <w:vAlign w:val="center"/>
          </w:tcPr>
          <w:p w14:paraId="5BA2B91A" w14:textId="753FDA4F" w:rsidR="00F65421" w:rsidRPr="00DB5192" w:rsidRDefault="00DE20A4" w:rsidP="00DB5192">
            <w:pPr>
              <w:rPr>
                <w:rFonts w:ascii="Gill Sans" w:hAnsi="Gill Sans" w:hint="eastAsia"/>
                <w:lang w:val="sr-Latn-RS"/>
              </w:rPr>
            </w:pPr>
            <w:r w:rsidRPr="00DE20A4">
              <w:rPr>
                <w:rFonts w:ascii="Gill Sans" w:hAnsi="Gill Sans"/>
                <w:lang w:val="sr-Latn-RS"/>
              </w:rPr>
              <w:t>Dostavljeni su godišnji finansijski izveštaji za prethodne tri godine (samo za organizacije civilnog društva).</w:t>
            </w:r>
          </w:p>
        </w:tc>
        <w:tc>
          <w:tcPr>
            <w:tcW w:w="1260" w:type="dxa"/>
          </w:tcPr>
          <w:p w14:paraId="0CA40945" w14:textId="77777777" w:rsidR="00F65421" w:rsidRPr="00DB5192" w:rsidRDefault="00F65421" w:rsidP="00DB5192">
            <w:pPr>
              <w:rPr>
                <w:rFonts w:ascii="Gill Sans" w:hAnsi="Gill Sans" w:hint="eastAsia"/>
                <w:lang w:val="sr-Latn-RS"/>
              </w:rPr>
            </w:pPr>
          </w:p>
        </w:tc>
      </w:tr>
      <w:tr w:rsidR="00F65421" w:rsidRPr="00DB5192" w14:paraId="6A6AE0DC" w14:textId="77777777" w:rsidTr="00F65421">
        <w:tc>
          <w:tcPr>
            <w:tcW w:w="648" w:type="dxa"/>
          </w:tcPr>
          <w:p w14:paraId="0BDCC1CE" w14:textId="3C8B557D" w:rsidR="00F65421" w:rsidRPr="00DB5192" w:rsidRDefault="007902A6" w:rsidP="00DB5192">
            <w:pPr>
              <w:jc w:val="center"/>
              <w:rPr>
                <w:rFonts w:ascii="Gill Sans" w:hAnsi="Gill Sans" w:hint="eastAsia"/>
                <w:lang w:val="sr-Latn-RS"/>
              </w:rPr>
            </w:pPr>
            <w:r>
              <w:rPr>
                <w:rFonts w:ascii="Gill Sans" w:hAnsi="Gill Sans"/>
                <w:lang w:val="sr-Latn-RS"/>
              </w:rPr>
              <w:t>9</w:t>
            </w:r>
            <w:r w:rsidR="00F65421" w:rsidRPr="00DB5192">
              <w:rPr>
                <w:rFonts w:ascii="Gill Sans" w:hAnsi="Gill Sans"/>
                <w:lang w:val="sr-Latn-RS"/>
              </w:rPr>
              <w:t>.</w:t>
            </w:r>
          </w:p>
        </w:tc>
        <w:tc>
          <w:tcPr>
            <w:tcW w:w="8532" w:type="dxa"/>
            <w:vAlign w:val="center"/>
          </w:tcPr>
          <w:p w14:paraId="2F03AC9E" w14:textId="3E5F1DA1" w:rsidR="00F65421" w:rsidRPr="00DB5192" w:rsidRDefault="00F65421" w:rsidP="00DB5192">
            <w:pPr>
              <w:rPr>
                <w:rFonts w:ascii="Gill Sans" w:hAnsi="Gill Sans" w:hint="eastAsia"/>
                <w:lang w:val="sr-Latn-RS"/>
              </w:rPr>
            </w:pPr>
            <w:r w:rsidRPr="00DB5192">
              <w:rPr>
                <w:rFonts w:ascii="Gill Sans" w:hAnsi="Gill Sans"/>
                <w:lang w:val="sr-Latn-RS"/>
              </w:rPr>
              <w:t>Dostavljene su biografije ključnih članova projektnog tima.</w:t>
            </w:r>
          </w:p>
        </w:tc>
        <w:tc>
          <w:tcPr>
            <w:tcW w:w="1260" w:type="dxa"/>
          </w:tcPr>
          <w:p w14:paraId="3B01E664" w14:textId="77777777" w:rsidR="00F65421" w:rsidRPr="00DB5192" w:rsidRDefault="00F65421" w:rsidP="00DB5192">
            <w:pPr>
              <w:rPr>
                <w:rFonts w:ascii="Gill Sans" w:hAnsi="Gill Sans" w:hint="eastAsia"/>
                <w:lang w:val="sr-Latn-RS"/>
              </w:rPr>
            </w:pPr>
          </w:p>
        </w:tc>
      </w:tr>
      <w:tr w:rsidR="00F65421" w:rsidRPr="00DB5192" w14:paraId="51073504" w14:textId="77777777" w:rsidTr="00F65421">
        <w:tc>
          <w:tcPr>
            <w:tcW w:w="648" w:type="dxa"/>
          </w:tcPr>
          <w:p w14:paraId="214155BB" w14:textId="7810A434" w:rsidR="00F65421" w:rsidRPr="00DB5192" w:rsidRDefault="00F65421" w:rsidP="00DB5192">
            <w:pPr>
              <w:jc w:val="center"/>
              <w:rPr>
                <w:rFonts w:ascii="Gill Sans" w:hAnsi="Gill Sans" w:hint="eastAsia"/>
                <w:lang w:val="sr-Latn-RS"/>
              </w:rPr>
            </w:pPr>
            <w:r w:rsidRPr="00DB5192">
              <w:rPr>
                <w:rFonts w:ascii="Gill Sans" w:hAnsi="Gill Sans"/>
                <w:lang w:val="sr-Latn-RS"/>
              </w:rPr>
              <w:t>1</w:t>
            </w:r>
            <w:r w:rsidR="007902A6">
              <w:rPr>
                <w:rFonts w:ascii="Gill Sans" w:hAnsi="Gill Sans"/>
                <w:lang w:val="sr-Latn-RS"/>
              </w:rPr>
              <w:t>0</w:t>
            </w:r>
            <w:r w:rsidRPr="00DB5192">
              <w:rPr>
                <w:rFonts w:ascii="Gill Sans" w:hAnsi="Gill Sans"/>
                <w:lang w:val="sr-Latn-RS"/>
              </w:rPr>
              <w:t>.</w:t>
            </w:r>
          </w:p>
        </w:tc>
        <w:tc>
          <w:tcPr>
            <w:tcW w:w="8532" w:type="dxa"/>
            <w:vAlign w:val="center"/>
          </w:tcPr>
          <w:p w14:paraId="6282996F" w14:textId="5A5F3794" w:rsidR="00F65421" w:rsidRPr="00DB5192" w:rsidRDefault="00F65421" w:rsidP="00DB5192">
            <w:pPr>
              <w:rPr>
                <w:rFonts w:ascii="Gill Sans" w:hAnsi="Gill Sans" w:hint="eastAsia"/>
                <w:lang w:val="sr-Latn-RS"/>
              </w:rPr>
            </w:pPr>
            <w:r w:rsidRPr="00DB5192">
              <w:rPr>
                <w:rFonts w:ascii="Gill Sans" w:hAnsi="Gill Sans"/>
                <w:lang w:val="sr-Latn-RS"/>
              </w:rPr>
              <w:t>Sva dokumentacija koja se dostavlja u PDF formatu je potpuna i čitljiva.</w:t>
            </w:r>
          </w:p>
        </w:tc>
        <w:tc>
          <w:tcPr>
            <w:tcW w:w="1260" w:type="dxa"/>
          </w:tcPr>
          <w:p w14:paraId="4745217F" w14:textId="77777777" w:rsidR="00F65421" w:rsidRPr="00DB5192" w:rsidRDefault="00F65421" w:rsidP="00DB5192">
            <w:pPr>
              <w:rPr>
                <w:rFonts w:ascii="Gill Sans" w:hAnsi="Gill Sans" w:hint="eastAsia"/>
                <w:lang w:val="sr-Latn-RS"/>
              </w:rPr>
            </w:pPr>
          </w:p>
        </w:tc>
      </w:tr>
      <w:tr w:rsidR="00F65421" w:rsidRPr="00DB5192" w14:paraId="3D3FCD17" w14:textId="77777777" w:rsidTr="00F65421">
        <w:tc>
          <w:tcPr>
            <w:tcW w:w="648" w:type="dxa"/>
          </w:tcPr>
          <w:p w14:paraId="1C89ADA0" w14:textId="705B1F41" w:rsidR="00F65421" w:rsidRPr="00DB5192" w:rsidRDefault="00F65421" w:rsidP="00DB5192">
            <w:pPr>
              <w:jc w:val="center"/>
              <w:rPr>
                <w:rFonts w:ascii="Gill Sans" w:hAnsi="Gill Sans" w:hint="eastAsia"/>
                <w:lang w:val="sr-Latn-RS"/>
              </w:rPr>
            </w:pPr>
            <w:r w:rsidRPr="00DB5192">
              <w:rPr>
                <w:rFonts w:ascii="Gill Sans" w:hAnsi="Gill Sans"/>
                <w:lang w:val="sr-Latn-RS"/>
              </w:rPr>
              <w:t>1</w:t>
            </w:r>
            <w:r w:rsidR="007902A6">
              <w:rPr>
                <w:rFonts w:ascii="Gill Sans" w:hAnsi="Gill Sans"/>
                <w:lang w:val="sr-Latn-RS"/>
              </w:rPr>
              <w:t>1</w:t>
            </w:r>
            <w:r w:rsidRPr="00DB5192">
              <w:rPr>
                <w:rFonts w:ascii="Gill Sans" w:hAnsi="Gill Sans"/>
                <w:lang w:val="sr-Latn-RS"/>
              </w:rPr>
              <w:t>.</w:t>
            </w:r>
          </w:p>
        </w:tc>
        <w:tc>
          <w:tcPr>
            <w:tcW w:w="8532" w:type="dxa"/>
            <w:vAlign w:val="center"/>
          </w:tcPr>
          <w:p w14:paraId="68D69E6D" w14:textId="6DBE4025" w:rsidR="00F65421" w:rsidRPr="00DB5192" w:rsidRDefault="00F65421" w:rsidP="00DB5192">
            <w:pPr>
              <w:rPr>
                <w:rFonts w:ascii="Gill Sans" w:hAnsi="Gill Sans" w:hint="eastAsia"/>
                <w:lang w:val="sr-Latn-RS"/>
              </w:rPr>
            </w:pPr>
            <w:r w:rsidRPr="00DB5192">
              <w:rPr>
                <w:rFonts w:ascii="Gill Sans" w:hAnsi="Gill Sans"/>
                <w:lang w:val="sr-Latn-RS"/>
              </w:rPr>
              <w:t>Budžet je pripremljen u Excel formatu.</w:t>
            </w:r>
          </w:p>
        </w:tc>
        <w:tc>
          <w:tcPr>
            <w:tcW w:w="1260" w:type="dxa"/>
          </w:tcPr>
          <w:p w14:paraId="0C88AA7F" w14:textId="77777777" w:rsidR="00F65421" w:rsidRPr="00DB5192" w:rsidRDefault="00F65421" w:rsidP="00DB5192">
            <w:pPr>
              <w:rPr>
                <w:rFonts w:ascii="Gill Sans" w:hAnsi="Gill Sans" w:hint="eastAsia"/>
                <w:lang w:val="sr-Latn-RS"/>
              </w:rPr>
            </w:pPr>
          </w:p>
        </w:tc>
      </w:tr>
      <w:tr w:rsidR="00F65421" w:rsidRPr="00DB5192" w14:paraId="20BB5D99" w14:textId="77777777" w:rsidTr="00F65421">
        <w:tc>
          <w:tcPr>
            <w:tcW w:w="648" w:type="dxa"/>
          </w:tcPr>
          <w:p w14:paraId="53ABAFEA" w14:textId="714FBF38" w:rsidR="00F65421" w:rsidRPr="00DB5192" w:rsidRDefault="00F65421" w:rsidP="00DB5192">
            <w:pPr>
              <w:jc w:val="center"/>
              <w:rPr>
                <w:rFonts w:ascii="Gill Sans" w:hAnsi="Gill Sans" w:hint="eastAsia"/>
                <w:lang w:val="sr-Latn-RS"/>
              </w:rPr>
            </w:pPr>
            <w:r w:rsidRPr="00DB5192">
              <w:rPr>
                <w:rFonts w:ascii="Gill Sans" w:hAnsi="Gill Sans"/>
                <w:lang w:val="sr-Latn-RS"/>
              </w:rPr>
              <w:t>1</w:t>
            </w:r>
            <w:r w:rsidR="007902A6">
              <w:rPr>
                <w:rFonts w:ascii="Gill Sans" w:hAnsi="Gill Sans"/>
                <w:lang w:val="sr-Latn-RS"/>
              </w:rPr>
              <w:t>2</w:t>
            </w:r>
            <w:r w:rsidRPr="00DB5192">
              <w:rPr>
                <w:rFonts w:ascii="Gill Sans" w:hAnsi="Gill Sans"/>
                <w:lang w:val="sr-Latn-RS"/>
              </w:rPr>
              <w:t>.</w:t>
            </w:r>
          </w:p>
        </w:tc>
        <w:tc>
          <w:tcPr>
            <w:tcW w:w="8532" w:type="dxa"/>
            <w:vAlign w:val="center"/>
          </w:tcPr>
          <w:p w14:paraId="7C888590" w14:textId="36AD419C" w:rsidR="00F65421" w:rsidRPr="00DB5192" w:rsidRDefault="00F65421" w:rsidP="00DB5192">
            <w:pPr>
              <w:rPr>
                <w:rFonts w:ascii="Gill Sans" w:hAnsi="Gill Sans" w:hint="eastAsia"/>
                <w:lang w:val="sr-Latn-RS"/>
              </w:rPr>
            </w:pPr>
            <w:r w:rsidRPr="00DB5192">
              <w:rPr>
                <w:rFonts w:ascii="Gill Sans" w:hAnsi="Gill Sans"/>
                <w:lang w:val="sr-Latn-RS"/>
              </w:rPr>
              <w:t xml:space="preserve">Elektronska poruka za podnošenje prijave naslovljena je: </w:t>
            </w:r>
            <w:r w:rsidRPr="00DB5192">
              <w:rPr>
                <w:rStyle w:val="Strong"/>
                <w:rFonts w:ascii="Gill Sans" w:hAnsi="Gill Sans"/>
                <w:lang w:val="sr-Latn-RS"/>
              </w:rPr>
              <w:t>„Prijava za finansijsku podršku – [naziv podnosioca]“</w:t>
            </w:r>
            <w:r w:rsidRPr="00DB5192">
              <w:rPr>
                <w:rFonts w:ascii="Gill Sans" w:hAnsi="Gill Sans"/>
                <w:lang w:val="sr-Latn-RS"/>
              </w:rPr>
              <w:t>.</w:t>
            </w:r>
          </w:p>
        </w:tc>
        <w:tc>
          <w:tcPr>
            <w:tcW w:w="1260" w:type="dxa"/>
          </w:tcPr>
          <w:p w14:paraId="1C78D230" w14:textId="77777777" w:rsidR="00F65421" w:rsidRPr="00DB5192" w:rsidRDefault="00F65421" w:rsidP="00DB5192">
            <w:pPr>
              <w:rPr>
                <w:rFonts w:ascii="Gill Sans" w:hAnsi="Gill Sans" w:hint="eastAsia"/>
                <w:lang w:val="sr-Latn-RS"/>
              </w:rPr>
            </w:pPr>
          </w:p>
        </w:tc>
      </w:tr>
      <w:tr w:rsidR="00F65421" w:rsidRPr="00DB5192" w14:paraId="39F7373A" w14:textId="77777777" w:rsidTr="00F65421">
        <w:tc>
          <w:tcPr>
            <w:tcW w:w="648" w:type="dxa"/>
          </w:tcPr>
          <w:p w14:paraId="4F026CC1" w14:textId="75093281" w:rsidR="00F65421" w:rsidRPr="00DB5192" w:rsidRDefault="00F65421" w:rsidP="00DB5192">
            <w:pPr>
              <w:jc w:val="center"/>
              <w:rPr>
                <w:rFonts w:ascii="Gill Sans" w:hAnsi="Gill Sans" w:hint="eastAsia"/>
                <w:lang w:val="sr-Latn-RS"/>
              </w:rPr>
            </w:pPr>
            <w:r w:rsidRPr="00DB5192">
              <w:rPr>
                <w:rFonts w:ascii="Gill Sans" w:hAnsi="Gill Sans"/>
                <w:lang w:val="sr-Latn-RS"/>
              </w:rPr>
              <w:t>1</w:t>
            </w:r>
            <w:r w:rsidR="007902A6">
              <w:rPr>
                <w:rFonts w:ascii="Gill Sans" w:hAnsi="Gill Sans"/>
                <w:lang w:val="sr-Latn-RS"/>
              </w:rPr>
              <w:t>3</w:t>
            </w:r>
            <w:r w:rsidRPr="00DB5192">
              <w:rPr>
                <w:rFonts w:ascii="Gill Sans" w:hAnsi="Gill Sans"/>
                <w:lang w:val="sr-Latn-RS"/>
              </w:rPr>
              <w:t>.</w:t>
            </w:r>
          </w:p>
        </w:tc>
        <w:tc>
          <w:tcPr>
            <w:tcW w:w="8532" w:type="dxa"/>
            <w:vAlign w:val="center"/>
          </w:tcPr>
          <w:p w14:paraId="2B130E78" w14:textId="3D0359B8" w:rsidR="00F65421" w:rsidRPr="00DB5192" w:rsidRDefault="00F65421" w:rsidP="00DB5192">
            <w:pPr>
              <w:rPr>
                <w:rFonts w:ascii="Gill Sans" w:hAnsi="Gill Sans" w:hint="eastAsia"/>
                <w:lang w:val="sr-Latn-RS"/>
              </w:rPr>
            </w:pPr>
            <w:r w:rsidRPr="00DB5192">
              <w:rPr>
                <w:rFonts w:ascii="Gill Sans" w:hAnsi="Gill Sans"/>
                <w:lang w:val="sr-Latn-RS"/>
              </w:rPr>
              <w:t xml:space="preserve">Prijava će biti poslata na </w:t>
            </w:r>
            <w:hyperlink r:id="rId8" w:history="1">
              <w:r w:rsidRPr="00DB5192">
                <w:rPr>
                  <w:rStyle w:val="Hyperlink"/>
                  <w:rFonts w:ascii="Gill Sans" w:hAnsi="Gill Sans"/>
                  <w:b/>
                  <w:bCs/>
                  <w:lang w:val="sr-Latn-RS"/>
                </w:rPr>
                <w:t>prijava@yucom.org.rs</w:t>
              </w:r>
            </w:hyperlink>
            <w:r w:rsidRPr="00DB5192">
              <w:rPr>
                <w:rFonts w:ascii="Gill Sans" w:hAnsi="Gill Sans"/>
                <w:lang w:val="sr-Latn-RS"/>
              </w:rPr>
              <w:t xml:space="preserve"> najkasnije </w:t>
            </w:r>
            <w:r w:rsidRPr="00DB5192">
              <w:rPr>
                <w:rStyle w:val="Strong"/>
                <w:rFonts w:ascii="Gill Sans" w:hAnsi="Gill Sans"/>
                <w:lang w:val="sr-Latn-RS"/>
              </w:rPr>
              <w:t>6. novembra 2026. godine do 17:00 časova</w:t>
            </w:r>
            <w:r w:rsidRPr="00DB5192">
              <w:rPr>
                <w:rFonts w:ascii="Gill Sans" w:hAnsi="Gill Sans"/>
                <w:lang w:val="sr-Latn-RS"/>
              </w:rPr>
              <w:t>.</w:t>
            </w:r>
          </w:p>
        </w:tc>
        <w:tc>
          <w:tcPr>
            <w:tcW w:w="1260" w:type="dxa"/>
          </w:tcPr>
          <w:p w14:paraId="151EC9B8" w14:textId="77777777" w:rsidR="00F65421" w:rsidRPr="00DB5192" w:rsidRDefault="00F65421" w:rsidP="00DB5192">
            <w:pPr>
              <w:rPr>
                <w:rFonts w:ascii="Gill Sans" w:hAnsi="Gill Sans" w:hint="eastAsia"/>
                <w:lang w:val="sr-Latn-RS"/>
              </w:rPr>
            </w:pPr>
          </w:p>
        </w:tc>
      </w:tr>
    </w:tbl>
    <w:p w14:paraId="3668A500" w14:textId="5C8CA8D0" w:rsidR="00F214CB" w:rsidRDefault="00F214CB" w:rsidP="00FF0A01">
      <w:pPr>
        <w:rPr>
          <w:rFonts w:ascii="Gill Sans" w:hAnsi="Gill Sans" w:hint="eastAsia"/>
          <w:sz w:val="24"/>
          <w:szCs w:val="24"/>
          <w:lang w:val="sr-Latn-RS"/>
        </w:rPr>
      </w:pPr>
    </w:p>
    <w:p w14:paraId="42EE2363" w14:textId="32B3FC16" w:rsidR="00F214CB" w:rsidRPr="00F214CB" w:rsidRDefault="00F214CB" w:rsidP="00FF0A01">
      <w:pPr>
        <w:rPr>
          <w:rFonts w:ascii="Gill Sans" w:hAnsi="Gill Sans" w:hint="eastAsia"/>
          <w:sz w:val="24"/>
          <w:szCs w:val="24"/>
          <w:lang w:val="sr-Latn-RS"/>
        </w:rPr>
      </w:pPr>
      <w:r w:rsidRPr="00F214CB">
        <w:rPr>
          <w:rStyle w:val="Strong"/>
          <w:rFonts w:ascii="Gill Sans" w:hAnsi="Gill Sans"/>
          <w:sz w:val="24"/>
          <w:szCs w:val="24"/>
          <w:lang w:val="sr-Latn-RS"/>
        </w:rPr>
        <w:t>Napomena:</w:t>
      </w:r>
      <w:r w:rsidRPr="00F214CB">
        <w:rPr>
          <w:rFonts w:ascii="Gill Sans" w:hAnsi="Gill Sans"/>
          <w:sz w:val="24"/>
          <w:szCs w:val="24"/>
          <w:lang w:val="sr-Latn-RS"/>
        </w:rPr>
        <w:t xml:space="preserve"> Kontrolna lista služi podnosiocu kao pomoć pri proveri potpunosti prijave. Podnosilac je odgovoran za to da prijava i prateća dokumentacija budu potpune i dostavljene u skladu sa Smernicama za podnosioce.</w:t>
      </w:r>
    </w:p>
    <w:p w14:paraId="197B8542" w14:textId="0CA8C4D5" w:rsidR="00F214CB" w:rsidRPr="00F214CB" w:rsidRDefault="00F214CB" w:rsidP="00FF0A01">
      <w:pPr>
        <w:rPr>
          <w:rFonts w:ascii="Gill Sans" w:hAnsi="Gill Sans" w:hint="eastAsia"/>
          <w:sz w:val="24"/>
          <w:szCs w:val="24"/>
          <w:lang w:val="sr-Latn-RS"/>
        </w:rPr>
      </w:pPr>
      <w:r w:rsidRPr="00F214CB">
        <w:rPr>
          <w:rFonts w:ascii="Gill Sans" w:hAnsi="Gill Sans"/>
          <w:sz w:val="24"/>
          <w:szCs w:val="24"/>
          <w:lang w:val="sr-Latn-RS"/>
        </w:rPr>
        <w:t>Kontrolna lista se ne dostavlja uz prijavu.</w:t>
      </w:r>
    </w:p>
    <w:sectPr w:rsidR="00F214CB" w:rsidRPr="00F214CB" w:rsidSect="00DB5192">
      <w:headerReference w:type="default" r:id="rId9"/>
      <w:footerReference w:type="default" r:id="rId10"/>
      <w:pgSz w:w="12240" w:h="15840"/>
      <w:pgMar w:top="1440" w:right="135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126DAE" w14:textId="77777777" w:rsidR="00CC0227" w:rsidRDefault="00CC0227">
      <w:pPr>
        <w:spacing w:after="0" w:line="240" w:lineRule="auto"/>
      </w:pPr>
      <w:r>
        <w:separator/>
      </w:r>
    </w:p>
  </w:endnote>
  <w:endnote w:type="continuationSeparator" w:id="0">
    <w:p w14:paraId="7DB4330E" w14:textId="77777777" w:rsidR="00CC0227" w:rsidRDefault="00CC0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ill Sans" w:hAnsi="Gill Sans"/>
        <w:sz w:val="20"/>
        <w:szCs w:val="20"/>
        <w:lang w:val="sr-Latn-RS"/>
      </w:rPr>
      <w:id w:val="5342328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9F3FB7" w14:textId="450E46C2" w:rsidR="00F94E21" w:rsidRPr="00372043" w:rsidRDefault="007A43F9">
        <w:pPr>
          <w:pStyle w:val="Footer"/>
          <w:jc w:val="right"/>
          <w:rPr>
            <w:rFonts w:ascii="Gill Sans" w:hAnsi="Gill Sans" w:hint="eastAsia"/>
            <w:sz w:val="20"/>
            <w:szCs w:val="20"/>
            <w:lang w:val="sr-Latn-RS"/>
          </w:rPr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6553D4D1" wp14:editId="664C0695">
              <wp:simplePos x="0" y="0"/>
              <wp:positionH relativeFrom="column">
                <wp:posOffset>4118961</wp:posOffset>
              </wp:positionH>
              <wp:positionV relativeFrom="paragraph">
                <wp:posOffset>-156845</wp:posOffset>
              </wp:positionV>
              <wp:extent cx="896116" cy="924236"/>
              <wp:effectExtent l="0" t="0" r="0" b="9525"/>
              <wp:wrapNone/>
              <wp:docPr id="73" name="Picture 7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96116" cy="9242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F94E21" w:rsidRPr="00372043">
          <w:rPr>
            <w:rFonts w:ascii="Gill Sans" w:hAnsi="Gill Sans"/>
            <w:sz w:val="20"/>
            <w:szCs w:val="20"/>
            <w:lang w:val="sr-Latn-RS"/>
          </w:rPr>
          <w:t xml:space="preserve">Strana </w:t>
        </w:r>
        <w:r w:rsidR="00F94E21" w:rsidRPr="00372043">
          <w:rPr>
            <w:rFonts w:ascii="Gill Sans" w:hAnsi="Gill Sans"/>
            <w:sz w:val="20"/>
            <w:szCs w:val="20"/>
            <w:lang w:val="sr-Latn-RS"/>
          </w:rPr>
          <w:fldChar w:fldCharType="begin"/>
        </w:r>
        <w:r w:rsidR="00F94E21" w:rsidRPr="00372043">
          <w:rPr>
            <w:rFonts w:ascii="Gill Sans" w:hAnsi="Gill Sans"/>
            <w:sz w:val="20"/>
            <w:szCs w:val="20"/>
            <w:lang w:val="sr-Latn-RS"/>
          </w:rPr>
          <w:instrText xml:space="preserve"> PAGE   \* MERGEFORMAT </w:instrText>
        </w:r>
        <w:r w:rsidR="00F94E21" w:rsidRPr="00372043">
          <w:rPr>
            <w:rFonts w:ascii="Gill Sans" w:hAnsi="Gill Sans"/>
            <w:sz w:val="20"/>
            <w:szCs w:val="20"/>
            <w:lang w:val="sr-Latn-RS"/>
          </w:rPr>
          <w:fldChar w:fldCharType="separate"/>
        </w:r>
        <w:r w:rsidR="00F94E21" w:rsidRPr="00372043">
          <w:rPr>
            <w:rFonts w:ascii="Gill Sans" w:hAnsi="Gill Sans"/>
            <w:noProof/>
            <w:sz w:val="20"/>
            <w:szCs w:val="20"/>
            <w:lang w:val="sr-Latn-RS"/>
          </w:rPr>
          <w:t>2</w:t>
        </w:r>
        <w:r w:rsidR="00F94E21" w:rsidRPr="00372043">
          <w:rPr>
            <w:rFonts w:ascii="Gill Sans" w:hAnsi="Gill Sans"/>
            <w:noProof/>
            <w:sz w:val="20"/>
            <w:szCs w:val="20"/>
            <w:lang w:val="sr-Latn-RS"/>
          </w:rPr>
          <w:fldChar w:fldCharType="end"/>
        </w:r>
      </w:p>
    </w:sdtContent>
  </w:sdt>
  <w:p w14:paraId="3C5BF9BE" w14:textId="59BF0584" w:rsidR="00F94E21" w:rsidRDefault="007A43F9" w:rsidP="007A43F9">
    <w:pPr>
      <w:pStyle w:val="Footer"/>
      <w:tabs>
        <w:tab w:val="clear" w:pos="4680"/>
        <w:tab w:val="clear" w:pos="9360"/>
        <w:tab w:val="left" w:pos="7705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74DF79A1" wp14:editId="34934A60">
          <wp:simplePos x="0" y="0"/>
          <wp:positionH relativeFrom="column">
            <wp:posOffset>1976120</wp:posOffset>
          </wp:positionH>
          <wp:positionV relativeFrom="paragraph">
            <wp:posOffset>20955</wp:posOffset>
          </wp:positionV>
          <wp:extent cx="1509397" cy="377266"/>
          <wp:effectExtent l="0" t="0" r="0" b="3810"/>
          <wp:wrapNone/>
          <wp:docPr id="74" name="Picture 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9397" cy="3772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B6473F3" wp14:editId="0B4033B0">
          <wp:simplePos x="0" y="0"/>
          <wp:positionH relativeFrom="column">
            <wp:posOffset>1</wp:posOffset>
          </wp:positionH>
          <wp:positionV relativeFrom="paragraph">
            <wp:posOffset>50378</wp:posOffset>
          </wp:positionV>
          <wp:extent cx="1159472" cy="371533"/>
          <wp:effectExtent l="0" t="0" r="3175" b="0"/>
          <wp:wrapNone/>
          <wp:docPr id="75" name="Picture 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020" cy="3742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365E58" w14:textId="77777777" w:rsidR="00CC0227" w:rsidRDefault="00CC0227">
      <w:pPr>
        <w:spacing w:after="0" w:line="240" w:lineRule="auto"/>
      </w:pPr>
      <w:r>
        <w:separator/>
      </w:r>
    </w:p>
  </w:footnote>
  <w:footnote w:type="continuationSeparator" w:id="0">
    <w:p w14:paraId="4ADBF790" w14:textId="77777777" w:rsidR="00CC0227" w:rsidRDefault="00CC0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D97DEE" w14:textId="1A62FF13" w:rsidR="00F94E21" w:rsidRPr="00D43DC7" w:rsidRDefault="0051245C" w:rsidP="007A43F9">
    <w:pPr>
      <w:pStyle w:val="Header"/>
      <w:tabs>
        <w:tab w:val="clear" w:pos="4680"/>
        <w:tab w:val="clear" w:pos="9360"/>
        <w:tab w:val="left" w:pos="7967"/>
      </w:tabs>
      <w:jc w:val="center"/>
      <w:rPr>
        <w:lang w:val="sr-Latn-RS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20FB04C7" wp14:editId="7A968C0D">
          <wp:simplePos x="0" y="0"/>
          <wp:positionH relativeFrom="column">
            <wp:posOffset>5012377</wp:posOffset>
          </wp:positionH>
          <wp:positionV relativeFrom="paragraph">
            <wp:posOffset>-149272</wp:posOffset>
          </wp:positionV>
          <wp:extent cx="1626831" cy="600502"/>
          <wp:effectExtent l="0" t="0" r="0" b="9525"/>
          <wp:wrapNone/>
          <wp:docPr id="71" name="Picture 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6831" cy="600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BA263F5" wp14:editId="0C97E812">
          <wp:simplePos x="0" y="0"/>
          <wp:positionH relativeFrom="column">
            <wp:posOffset>-846086</wp:posOffset>
          </wp:positionH>
          <wp:positionV relativeFrom="paragraph">
            <wp:posOffset>-449580</wp:posOffset>
          </wp:positionV>
          <wp:extent cx="2062721" cy="1160060"/>
          <wp:effectExtent l="0" t="0" r="0" b="0"/>
          <wp:wrapNone/>
          <wp:docPr id="72" name="Picture 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2721" cy="116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4E21">
      <w:rPr>
        <w:color w:val="666666"/>
        <w:sz w:val="17"/>
        <w:lang w:val="sr-Latn-RS"/>
      </w:rPr>
      <w:t>Projekat ’</w:t>
    </w:r>
    <w:r w:rsidR="00F94E21" w:rsidRPr="00D43DC7">
      <w:rPr>
        <w:color w:val="666666"/>
        <w:sz w:val="17"/>
        <w:lang w:val="sr-Latn-RS"/>
      </w:rPr>
      <w:t>Pristup pravnoj pomoći za sve</w:t>
    </w:r>
    <w:r w:rsidR="00F94E21">
      <w:rPr>
        <w:color w:val="666666"/>
        <w:sz w:val="17"/>
        <w:lang w:val="sr-Latn-RS"/>
      </w:rPr>
      <w:t>’</w:t>
    </w:r>
    <w:r w:rsidR="00F94E21" w:rsidRPr="00D43DC7">
      <w:rPr>
        <w:color w:val="666666"/>
        <w:sz w:val="17"/>
        <w:lang w:val="sr-Latn-RS"/>
      </w:rPr>
      <w:t xml:space="preserve"> | </w:t>
    </w:r>
    <w:r w:rsidR="00F94E21">
      <w:rPr>
        <w:color w:val="666666"/>
        <w:sz w:val="17"/>
        <w:lang w:val="sr-Latn-RS"/>
      </w:rPr>
      <w:t>P</w:t>
    </w:r>
    <w:r w:rsidR="0027119C">
      <w:rPr>
        <w:color w:val="666666"/>
        <w:sz w:val="17"/>
        <w:lang w:val="sr-Latn-RS"/>
      </w:rPr>
      <w:t>rijavni formular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E8792A"/>
    <w:multiLevelType w:val="hybridMultilevel"/>
    <w:tmpl w:val="7A300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B1752C"/>
    <w:multiLevelType w:val="hybridMultilevel"/>
    <w:tmpl w:val="BDBC7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7124BE"/>
    <w:multiLevelType w:val="multilevel"/>
    <w:tmpl w:val="75047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A621316"/>
    <w:multiLevelType w:val="multilevel"/>
    <w:tmpl w:val="F1E6C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A9C42C1"/>
    <w:multiLevelType w:val="multilevel"/>
    <w:tmpl w:val="345E5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1C03FC"/>
    <w:multiLevelType w:val="hybridMultilevel"/>
    <w:tmpl w:val="309EA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3201E7"/>
    <w:multiLevelType w:val="multilevel"/>
    <w:tmpl w:val="79202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D4621C"/>
    <w:multiLevelType w:val="hybridMultilevel"/>
    <w:tmpl w:val="36E0A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687311"/>
    <w:multiLevelType w:val="hybridMultilevel"/>
    <w:tmpl w:val="54409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1C0E75"/>
    <w:multiLevelType w:val="multilevel"/>
    <w:tmpl w:val="AB460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0B66371"/>
    <w:multiLevelType w:val="multilevel"/>
    <w:tmpl w:val="84C4D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F6758D"/>
    <w:multiLevelType w:val="multilevel"/>
    <w:tmpl w:val="DF38E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491DF3"/>
    <w:multiLevelType w:val="multilevel"/>
    <w:tmpl w:val="6532C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143C59"/>
    <w:multiLevelType w:val="hybridMultilevel"/>
    <w:tmpl w:val="D7A0C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E20648"/>
    <w:multiLevelType w:val="hybridMultilevel"/>
    <w:tmpl w:val="95F0A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A10888"/>
    <w:multiLevelType w:val="multilevel"/>
    <w:tmpl w:val="0C4C3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4E5AFE"/>
    <w:multiLevelType w:val="multilevel"/>
    <w:tmpl w:val="3B64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7E149BD"/>
    <w:multiLevelType w:val="multilevel"/>
    <w:tmpl w:val="25048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496BE2"/>
    <w:multiLevelType w:val="hybridMultilevel"/>
    <w:tmpl w:val="1FEAA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A5732E"/>
    <w:multiLevelType w:val="hybridMultilevel"/>
    <w:tmpl w:val="071C3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0955E4"/>
    <w:multiLevelType w:val="hybridMultilevel"/>
    <w:tmpl w:val="CBFE6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BA6B9F"/>
    <w:multiLevelType w:val="multilevel"/>
    <w:tmpl w:val="279A8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C2452DB"/>
    <w:multiLevelType w:val="hybridMultilevel"/>
    <w:tmpl w:val="A1420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39011B"/>
    <w:multiLevelType w:val="hybridMultilevel"/>
    <w:tmpl w:val="1ACC8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190FCC"/>
    <w:multiLevelType w:val="multilevel"/>
    <w:tmpl w:val="4DBA2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C5316CC"/>
    <w:multiLevelType w:val="multilevel"/>
    <w:tmpl w:val="734E0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DF417C0"/>
    <w:multiLevelType w:val="multilevel"/>
    <w:tmpl w:val="8A0A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12875D2"/>
    <w:multiLevelType w:val="multilevel"/>
    <w:tmpl w:val="85DCD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35B6894"/>
    <w:multiLevelType w:val="multilevel"/>
    <w:tmpl w:val="A8787C1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3A33626"/>
    <w:multiLevelType w:val="hybridMultilevel"/>
    <w:tmpl w:val="3462D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4B4CF3"/>
    <w:multiLevelType w:val="multilevel"/>
    <w:tmpl w:val="84402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AC37BDA"/>
    <w:multiLevelType w:val="hybridMultilevel"/>
    <w:tmpl w:val="6B9A6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6D4948"/>
    <w:multiLevelType w:val="hybridMultilevel"/>
    <w:tmpl w:val="33A6B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B96285"/>
    <w:multiLevelType w:val="hybridMultilevel"/>
    <w:tmpl w:val="C3AE6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0E2332"/>
    <w:multiLevelType w:val="hybridMultilevel"/>
    <w:tmpl w:val="B41AB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33"/>
  </w:num>
  <w:num w:numId="12">
    <w:abstractNumId w:val="39"/>
  </w:num>
  <w:num w:numId="13">
    <w:abstractNumId w:val="21"/>
  </w:num>
  <w:num w:numId="14">
    <w:abstractNumId w:val="35"/>
  </w:num>
  <w:num w:numId="15">
    <w:abstractNumId w:val="30"/>
  </w:num>
  <w:num w:numId="16">
    <w:abstractNumId w:val="12"/>
  </w:num>
  <w:num w:numId="17">
    <w:abstractNumId w:val="25"/>
  </w:num>
  <w:num w:numId="18">
    <w:abstractNumId w:val="13"/>
  </w:num>
  <w:num w:numId="19">
    <w:abstractNumId w:val="24"/>
  </w:num>
  <w:num w:numId="20">
    <w:abstractNumId w:val="26"/>
  </w:num>
  <w:num w:numId="21">
    <w:abstractNumId w:val="15"/>
  </w:num>
  <w:num w:numId="22">
    <w:abstractNumId w:val="19"/>
  </w:num>
  <w:num w:numId="23">
    <w:abstractNumId w:val="20"/>
  </w:num>
  <w:num w:numId="24">
    <w:abstractNumId w:val="37"/>
  </w:num>
  <w:num w:numId="25">
    <w:abstractNumId w:val="18"/>
  </w:num>
  <w:num w:numId="26">
    <w:abstractNumId w:val="34"/>
  </w:num>
  <w:num w:numId="27">
    <w:abstractNumId w:val="36"/>
  </w:num>
  <w:num w:numId="28">
    <w:abstractNumId w:val="29"/>
  </w:num>
  <w:num w:numId="29">
    <w:abstractNumId w:val="42"/>
  </w:num>
  <w:num w:numId="30">
    <w:abstractNumId w:val="27"/>
  </w:num>
  <w:num w:numId="31">
    <w:abstractNumId w:val="43"/>
  </w:num>
  <w:num w:numId="32">
    <w:abstractNumId w:val="16"/>
  </w:num>
  <w:num w:numId="33">
    <w:abstractNumId w:val="10"/>
  </w:num>
  <w:num w:numId="34">
    <w:abstractNumId w:val="22"/>
  </w:num>
  <w:num w:numId="35">
    <w:abstractNumId w:val="40"/>
  </w:num>
  <w:num w:numId="36">
    <w:abstractNumId w:val="38"/>
  </w:num>
  <w:num w:numId="37">
    <w:abstractNumId w:val="23"/>
  </w:num>
  <w:num w:numId="38">
    <w:abstractNumId w:val="17"/>
  </w:num>
  <w:num w:numId="39">
    <w:abstractNumId w:val="14"/>
  </w:num>
  <w:num w:numId="40">
    <w:abstractNumId w:val="41"/>
  </w:num>
  <w:num w:numId="41">
    <w:abstractNumId w:val="28"/>
  </w:num>
  <w:num w:numId="42">
    <w:abstractNumId w:val="32"/>
  </w:num>
  <w:num w:numId="43">
    <w:abstractNumId w:val="31"/>
  </w:num>
  <w:num w:numId="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F9A"/>
    <w:rsid w:val="00020636"/>
    <w:rsid w:val="0002453C"/>
    <w:rsid w:val="000248AC"/>
    <w:rsid w:val="0003398C"/>
    <w:rsid w:val="00033D0A"/>
    <w:rsid w:val="00034616"/>
    <w:rsid w:val="00040AFF"/>
    <w:rsid w:val="00045A34"/>
    <w:rsid w:val="00047568"/>
    <w:rsid w:val="000526DB"/>
    <w:rsid w:val="00054350"/>
    <w:rsid w:val="000565CE"/>
    <w:rsid w:val="0006063C"/>
    <w:rsid w:val="00060F8C"/>
    <w:rsid w:val="00071B07"/>
    <w:rsid w:val="0007264C"/>
    <w:rsid w:val="00075851"/>
    <w:rsid w:val="000776C2"/>
    <w:rsid w:val="00087F3A"/>
    <w:rsid w:val="00091FDD"/>
    <w:rsid w:val="000A0BF5"/>
    <w:rsid w:val="000B604D"/>
    <w:rsid w:val="000D393F"/>
    <w:rsid w:val="000D6101"/>
    <w:rsid w:val="000D7A7F"/>
    <w:rsid w:val="000E0EAC"/>
    <w:rsid w:val="000E22A2"/>
    <w:rsid w:val="000E7595"/>
    <w:rsid w:val="000F111A"/>
    <w:rsid w:val="000F3517"/>
    <w:rsid w:val="000F45E9"/>
    <w:rsid w:val="000F62E4"/>
    <w:rsid w:val="001012D7"/>
    <w:rsid w:val="00103B98"/>
    <w:rsid w:val="001057C4"/>
    <w:rsid w:val="00113F0B"/>
    <w:rsid w:val="00125268"/>
    <w:rsid w:val="00126836"/>
    <w:rsid w:val="00132FB0"/>
    <w:rsid w:val="0013380E"/>
    <w:rsid w:val="0013469D"/>
    <w:rsid w:val="00142418"/>
    <w:rsid w:val="00143768"/>
    <w:rsid w:val="0015074B"/>
    <w:rsid w:val="00150E59"/>
    <w:rsid w:val="00160FD1"/>
    <w:rsid w:val="0017287C"/>
    <w:rsid w:val="00184272"/>
    <w:rsid w:val="00184BFF"/>
    <w:rsid w:val="0018543F"/>
    <w:rsid w:val="00190932"/>
    <w:rsid w:val="0019545F"/>
    <w:rsid w:val="00196F6B"/>
    <w:rsid w:val="001A6234"/>
    <w:rsid w:val="001B4FE0"/>
    <w:rsid w:val="001B6E5D"/>
    <w:rsid w:val="001C1C68"/>
    <w:rsid w:val="001E142C"/>
    <w:rsid w:val="001E40F4"/>
    <w:rsid w:val="001E7224"/>
    <w:rsid w:val="001F5D2D"/>
    <w:rsid w:val="0020785C"/>
    <w:rsid w:val="002120AA"/>
    <w:rsid w:val="002171BF"/>
    <w:rsid w:val="00222A5C"/>
    <w:rsid w:val="00225CCB"/>
    <w:rsid w:val="00232403"/>
    <w:rsid w:val="00232B54"/>
    <w:rsid w:val="00234888"/>
    <w:rsid w:val="002532D9"/>
    <w:rsid w:val="00255DCF"/>
    <w:rsid w:val="00262F65"/>
    <w:rsid w:val="00263200"/>
    <w:rsid w:val="0027119C"/>
    <w:rsid w:val="00271CCB"/>
    <w:rsid w:val="00271F9E"/>
    <w:rsid w:val="002753F9"/>
    <w:rsid w:val="00280A0D"/>
    <w:rsid w:val="00285D7A"/>
    <w:rsid w:val="0029639D"/>
    <w:rsid w:val="002A0785"/>
    <w:rsid w:val="002B0083"/>
    <w:rsid w:val="002C02CD"/>
    <w:rsid w:val="002C0D8A"/>
    <w:rsid w:val="002D11A6"/>
    <w:rsid w:val="002D1FC7"/>
    <w:rsid w:val="002E59A7"/>
    <w:rsid w:val="002E6E85"/>
    <w:rsid w:val="00302148"/>
    <w:rsid w:val="00304578"/>
    <w:rsid w:val="00321D3C"/>
    <w:rsid w:val="00326F90"/>
    <w:rsid w:val="00335558"/>
    <w:rsid w:val="00347314"/>
    <w:rsid w:val="0035234F"/>
    <w:rsid w:val="00372043"/>
    <w:rsid w:val="00376DE5"/>
    <w:rsid w:val="00381251"/>
    <w:rsid w:val="00391473"/>
    <w:rsid w:val="00395EA6"/>
    <w:rsid w:val="0039792A"/>
    <w:rsid w:val="003A09F6"/>
    <w:rsid w:val="003A1BC2"/>
    <w:rsid w:val="003B628A"/>
    <w:rsid w:val="003C4908"/>
    <w:rsid w:val="003C60ED"/>
    <w:rsid w:val="003D5B95"/>
    <w:rsid w:val="003E057F"/>
    <w:rsid w:val="003E3C90"/>
    <w:rsid w:val="003E4342"/>
    <w:rsid w:val="00413568"/>
    <w:rsid w:val="00432B30"/>
    <w:rsid w:val="004646AC"/>
    <w:rsid w:val="0046693B"/>
    <w:rsid w:val="00471A50"/>
    <w:rsid w:val="00481680"/>
    <w:rsid w:val="00484332"/>
    <w:rsid w:val="00486398"/>
    <w:rsid w:val="0049185F"/>
    <w:rsid w:val="0049370C"/>
    <w:rsid w:val="00494904"/>
    <w:rsid w:val="004A4B26"/>
    <w:rsid w:val="004A6319"/>
    <w:rsid w:val="004B3540"/>
    <w:rsid w:val="004C2450"/>
    <w:rsid w:val="004D08F8"/>
    <w:rsid w:val="004F07BB"/>
    <w:rsid w:val="004F0F38"/>
    <w:rsid w:val="0051245C"/>
    <w:rsid w:val="00515103"/>
    <w:rsid w:val="0052436B"/>
    <w:rsid w:val="00525280"/>
    <w:rsid w:val="005277D9"/>
    <w:rsid w:val="00543F5A"/>
    <w:rsid w:val="00550BC6"/>
    <w:rsid w:val="00554377"/>
    <w:rsid w:val="005570DA"/>
    <w:rsid w:val="00560C23"/>
    <w:rsid w:val="00564455"/>
    <w:rsid w:val="00567D5F"/>
    <w:rsid w:val="00567E3A"/>
    <w:rsid w:val="00575522"/>
    <w:rsid w:val="005779ED"/>
    <w:rsid w:val="005808BB"/>
    <w:rsid w:val="00592F61"/>
    <w:rsid w:val="00597D7B"/>
    <w:rsid w:val="005A187F"/>
    <w:rsid w:val="005C1EF5"/>
    <w:rsid w:val="005F53DD"/>
    <w:rsid w:val="0060732E"/>
    <w:rsid w:val="00613C9D"/>
    <w:rsid w:val="00617938"/>
    <w:rsid w:val="00625DE1"/>
    <w:rsid w:val="00627275"/>
    <w:rsid w:val="006272E6"/>
    <w:rsid w:val="00637089"/>
    <w:rsid w:val="006374C0"/>
    <w:rsid w:val="00643938"/>
    <w:rsid w:val="00643D7C"/>
    <w:rsid w:val="00656910"/>
    <w:rsid w:val="00665355"/>
    <w:rsid w:val="006668E6"/>
    <w:rsid w:val="00671E08"/>
    <w:rsid w:val="006759D1"/>
    <w:rsid w:val="00683135"/>
    <w:rsid w:val="0069610C"/>
    <w:rsid w:val="006A45CE"/>
    <w:rsid w:val="006A4EAA"/>
    <w:rsid w:val="006A69FC"/>
    <w:rsid w:val="006B2ED4"/>
    <w:rsid w:val="006C07DB"/>
    <w:rsid w:val="006C32B3"/>
    <w:rsid w:val="006C61F5"/>
    <w:rsid w:val="006D0698"/>
    <w:rsid w:val="006D1F20"/>
    <w:rsid w:val="006D59BB"/>
    <w:rsid w:val="006E0713"/>
    <w:rsid w:val="006E0783"/>
    <w:rsid w:val="006E5D5C"/>
    <w:rsid w:val="0070241B"/>
    <w:rsid w:val="007117AE"/>
    <w:rsid w:val="0071387A"/>
    <w:rsid w:val="007150D6"/>
    <w:rsid w:val="00717F40"/>
    <w:rsid w:val="007359CC"/>
    <w:rsid w:val="00740D24"/>
    <w:rsid w:val="007413FD"/>
    <w:rsid w:val="00744711"/>
    <w:rsid w:val="00746669"/>
    <w:rsid w:val="0075619C"/>
    <w:rsid w:val="00772146"/>
    <w:rsid w:val="00775EFD"/>
    <w:rsid w:val="00782A70"/>
    <w:rsid w:val="00787BF9"/>
    <w:rsid w:val="007902A6"/>
    <w:rsid w:val="00791E16"/>
    <w:rsid w:val="007A43F9"/>
    <w:rsid w:val="007A48F7"/>
    <w:rsid w:val="007B24F6"/>
    <w:rsid w:val="007B56D6"/>
    <w:rsid w:val="007B799A"/>
    <w:rsid w:val="007C28AF"/>
    <w:rsid w:val="007C4EC0"/>
    <w:rsid w:val="007D7856"/>
    <w:rsid w:val="007E0727"/>
    <w:rsid w:val="007F017A"/>
    <w:rsid w:val="008375DE"/>
    <w:rsid w:val="00847E10"/>
    <w:rsid w:val="0085614A"/>
    <w:rsid w:val="00857935"/>
    <w:rsid w:val="00857944"/>
    <w:rsid w:val="00867A26"/>
    <w:rsid w:val="00876029"/>
    <w:rsid w:val="008860A2"/>
    <w:rsid w:val="00890D2E"/>
    <w:rsid w:val="008931A8"/>
    <w:rsid w:val="00895068"/>
    <w:rsid w:val="008A6A00"/>
    <w:rsid w:val="008A6B63"/>
    <w:rsid w:val="008D0337"/>
    <w:rsid w:val="008D4085"/>
    <w:rsid w:val="008E1B7E"/>
    <w:rsid w:val="008E34A3"/>
    <w:rsid w:val="008F7975"/>
    <w:rsid w:val="00901C3B"/>
    <w:rsid w:val="00902238"/>
    <w:rsid w:val="00903B25"/>
    <w:rsid w:val="00912251"/>
    <w:rsid w:val="009144C5"/>
    <w:rsid w:val="00921181"/>
    <w:rsid w:val="009211D2"/>
    <w:rsid w:val="00924894"/>
    <w:rsid w:val="009374F6"/>
    <w:rsid w:val="0094020C"/>
    <w:rsid w:val="0094231B"/>
    <w:rsid w:val="00942C46"/>
    <w:rsid w:val="00942E5B"/>
    <w:rsid w:val="0094316E"/>
    <w:rsid w:val="009528F6"/>
    <w:rsid w:val="009531F1"/>
    <w:rsid w:val="00956DFC"/>
    <w:rsid w:val="00961960"/>
    <w:rsid w:val="009729A0"/>
    <w:rsid w:val="00973AF3"/>
    <w:rsid w:val="00976D49"/>
    <w:rsid w:val="0097777E"/>
    <w:rsid w:val="00981EFF"/>
    <w:rsid w:val="009917B3"/>
    <w:rsid w:val="009938CC"/>
    <w:rsid w:val="009A03D6"/>
    <w:rsid w:val="009A666D"/>
    <w:rsid w:val="009C7E1B"/>
    <w:rsid w:val="009D43F2"/>
    <w:rsid w:val="009D48EE"/>
    <w:rsid w:val="009E01D2"/>
    <w:rsid w:val="00A00A6D"/>
    <w:rsid w:val="00A00E9C"/>
    <w:rsid w:val="00A07280"/>
    <w:rsid w:val="00A1296A"/>
    <w:rsid w:val="00A129A5"/>
    <w:rsid w:val="00A2026E"/>
    <w:rsid w:val="00A24FB0"/>
    <w:rsid w:val="00A35D64"/>
    <w:rsid w:val="00A40961"/>
    <w:rsid w:val="00A52446"/>
    <w:rsid w:val="00A63A08"/>
    <w:rsid w:val="00A67497"/>
    <w:rsid w:val="00A77992"/>
    <w:rsid w:val="00A87A80"/>
    <w:rsid w:val="00A92211"/>
    <w:rsid w:val="00AA138E"/>
    <w:rsid w:val="00AA1D8D"/>
    <w:rsid w:val="00AA5F2F"/>
    <w:rsid w:val="00AB18F4"/>
    <w:rsid w:val="00AB6047"/>
    <w:rsid w:val="00AB7841"/>
    <w:rsid w:val="00AD1DDA"/>
    <w:rsid w:val="00AD632C"/>
    <w:rsid w:val="00AE1D5C"/>
    <w:rsid w:val="00AF43CC"/>
    <w:rsid w:val="00AF49EF"/>
    <w:rsid w:val="00B17319"/>
    <w:rsid w:val="00B33189"/>
    <w:rsid w:val="00B33C82"/>
    <w:rsid w:val="00B33E67"/>
    <w:rsid w:val="00B360EA"/>
    <w:rsid w:val="00B47730"/>
    <w:rsid w:val="00B50E41"/>
    <w:rsid w:val="00B72A81"/>
    <w:rsid w:val="00B84959"/>
    <w:rsid w:val="00B9346B"/>
    <w:rsid w:val="00BA489F"/>
    <w:rsid w:val="00BA53E9"/>
    <w:rsid w:val="00BC505A"/>
    <w:rsid w:val="00BC665F"/>
    <w:rsid w:val="00BD145F"/>
    <w:rsid w:val="00BD53EF"/>
    <w:rsid w:val="00BD6473"/>
    <w:rsid w:val="00BD7145"/>
    <w:rsid w:val="00BE78D6"/>
    <w:rsid w:val="00C12FCE"/>
    <w:rsid w:val="00C24299"/>
    <w:rsid w:val="00C27887"/>
    <w:rsid w:val="00C3694E"/>
    <w:rsid w:val="00C37634"/>
    <w:rsid w:val="00C42FAE"/>
    <w:rsid w:val="00C45EC6"/>
    <w:rsid w:val="00C47509"/>
    <w:rsid w:val="00C61AAD"/>
    <w:rsid w:val="00C67B19"/>
    <w:rsid w:val="00C7521F"/>
    <w:rsid w:val="00C77FB2"/>
    <w:rsid w:val="00C9400F"/>
    <w:rsid w:val="00CA0142"/>
    <w:rsid w:val="00CA31CF"/>
    <w:rsid w:val="00CA3CD0"/>
    <w:rsid w:val="00CB0664"/>
    <w:rsid w:val="00CB0E89"/>
    <w:rsid w:val="00CC0227"/>
    <w:rsid w:val="00CE10EC"/>
    <w:rsid w:val="00CE2C9C"/>
    <w:rsid w:val="00D03B29"/>
    <w:rsid w:val="00D20FE2"/>
    <w:rsid w:val="00D27636"/>
    <w:rsid w:val="00D35EEA"/>
    <w:rsid w:val="00D43DC7"/>
    <w:rsid w:val="00D62CC3"/>
    <w:rsid w:val="00D752C4"/>
    <w:rsid w:val="00D845BD"/>
    <w:rsid w:val="00D95CBF"/>
    <w:rsid w:val="00DA6640"/>
    <w:rsid w:val="00DB3DA0"/>
    <w:rsid w:val="00DB48F0"/>
    <w:rsid w:val="00DB5192"/>
    <w:rsid w:val="00DC2EC1"/>
    <w:rsid w:val="00DC3D8B"/>
    <w:rsid w:val="00DE0552"/>
    <w:rsid w:val="00DE20A4"/>
    <w:rsid w:val="00DE46E2"/>
    <w:rsid w:val="00DF082F"/>
    <w:rsid w:val="00DF236B"/>
    <w:rsid w:val="00DF3976"/>
    <w:rsid w:val="00DF74A6"/>
    <w:rsid w:val="00E13932"/>
    <w:rsid w:val="00E27E73"/>
    <w:rsid w:val="00E37485"/>
    <w:rsid w:val="00E50D72"/>
    <w:rsid w:val="00E54AE7"/>
    <w:rsid w:val="00E62103"/>
    <w:rsid w:val="00E70587"/>
    <w:rsid w:val="00E7746F"/>
    <w:rsid w:val="00E82329"/>
    <w:rsid w:val="00E83AF3"/>
    <w:rsid w:val="00E86C42"/>
    <w:rsid w:val="00EA3368"/>
    <w:rsid w:val="00EA3A8E"/>
    <w:rsid w:val="00EB1F58"/>
    <w:rsid w:val="00EB2534"/>
    <w:rsid w:val="00EB3C8E"/>
    <w:rsid w:val="00EB4851"/>
    <w:rsid w:val="00EC54EB"/>
    <w:rsid w:val="00EC5F4A"/>
    <w:rsid w:val="00EC6FA5"/>
    <w:rsid w:val="00ED0DE6"/>
    <w:rsid w:val="00EF141A"/>
    <w:rsid w:val="00F058F2"/>
    <w:rsid w:val="00F214CB"/>
    <w:rsid w:val="00F26683"/>
    <w:rsid w:val="00F35068"/>
    <w:rsid w:val="00F446AA"/>
    <w:rsid w:val="00F4796F"/>
    <w:rsid w:val="00F52B1D"/>
    <w:rsid w:val="00F65421"/>
    <w:rsid w:val="00F70896"/>
    <w:rsid w:val="00F94E21"/>
    <w:rsid w:val="00F97988"/>
    <w:rsid w:val="00FA0D91"/>
    <w:rsid w:val="00FA2AF4"/>
    <w:rsid w:val="00FA2D2F"/>
    <w:rsid w:val="00FC49AC"/>
    <w:rsid w:val="00FC693F"/>
    <w:rsid w:val="00FC7FC3"/>
    <w:rsid w:val="00FD3D90"/>
    <w:rsid w:val="00FD4800"/>
    <w:rsid w:val="00FD728F"/>
    <w:rsid w:val="00FE117C"/>
    <w:rsid w:val="00FE6755"/>
    <w:rsid w:val="00FE6D8B"/>
    <w:rsid w:val="00FF0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E7BD156"/>
  <w14:defaultImageDpi w14:val="300"/>
  <w15:docId w15:val="{6EB6D14B-D2D4-4679-87E2-C20A79DF5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90" w:lineRule="auto"/>
      <w:ind w:left="540" w:hanging="279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80" w:line="290" w:lineRule="auto"/>
      <w:ind w:left="900" w:hanging="279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90" w:lineRule="auto"/>
      <w:ind w:left="540" w:hanging="279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sselectedend">
    <w:name w:val="isselectedend"/>
    <w:basedOn w:val="Normal"/>
    <w:rsid w:val="00D43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D43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F52B1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52B1D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F52B1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2C4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409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09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0961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09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0961"/>
    <w:rPr>
      <w:rFonts w:ascii="Calibri" w:hAnsi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0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961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35068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C61F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C61F5"/>
    <w:rPr>
      <w:rFonts w:ascii="Calibri" w:hAnsi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C61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9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752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50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440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0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0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7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8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43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8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5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2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31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1067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73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54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4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57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71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java@yucom.org.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46BBC9-B020-451D-9CF4-EB1DE51E6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Nacrt javnog poziva - finansijska podrška za BPP</vt:lpstr>
    </vt:vector>
  </TitlesOfParts>
  <Manager/>
  <Company/>
  <LinksUpToDate>false</LinksUpToDate>
  <CharactersWithSpaces>1537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Nacrt javnog poziva - finansijska podrška za BPP</dc:title>
  <dc:subject>Aktivnost A4.1 - Defending Justice: Access to Legal Aid for All</dc:subject>
  <dc:creator>Komitet pravnika za ljudska prava - YUCOM</dc:creator>
  <cp:keywords>besplatna pravna pomoć, grantovi, A4.1, Evropska unija</cp:keywords>
  <dc:description>generated by python-docx</dc:description>
  <cp:lastModifiedBy>Momcilo</cp:lastModifiedBy>
  <cp:revision>452</cp:revision>
  <dcterms:created xsi:type="dcterms:W3CDTF">2013-12-23T23:15:00Z</dcterms:created>
  <dcterms:modified xsi:type="dcterms:W3CDTF">2026-09-01T13:02:00Z</dcterms:modified>
  <cp:category/>
</cp:coreProperties>
</file>